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6BED5" w14:textId="77777777" w:rsidR="001D3DE8" w:rsidRPr="00051AC4" w:rsidRDefault="00BB1124">
      <w:pPr>
        <w:jc w:val="center"/>
        <w:rPr>
          <w:sz w:val="46"/>
          <w:szCs w:val="46"/>
          <w:lang w:eastAsia="ja-JP"/>
        </w:rPr>
      </w:pPr>
      <w:r w:rsidRPr="00051AC4">
        <w:rPr>
          <w:b/>
          <w:sz w:val="46"/>
          <w:szCs w:val="46"/>
          <w:lang w:eastAsia="ja-JP"/>
        </w:rPr>
        <w:t>『介護』日替わり会社説明会　参加申込書</w:t>
      </w:r>
    </w:p>
    <w:p w14:paraId="57CDA7BB" w14:textId="77777777" w:rsidR="00555B64" w:rsidRPr="0057564C" w:rsidRDefault="00555B64">
      <w:pPr>
        <w:rPr>
          <w:sz w:val="30"/>
          <w:szCs w:val="30"/>
          <w:lang w:eastAsia="ja-JP"/>
        </w:rPr>
      </w:pPr>
    </w:p>
    <w:p w14:paraId="0F541FAA" w14:textId="4DFA2E90" w:rsidR="0057564C" w:rsidRPr="0057564C" w:rsidRDefault="00555B64">
      <w:pPr>
        <w:rPr>
          <w:sz w:val="30"/>
          <w:szCs w:val="30"/>
          <w:u w:val="single"/>
          <w:lang w:eastAsia="ja-JP"/>
        </w:rPr>
      </w:pPr>
      <w:r w:rsidRPr="0057564C">
        <w:rPr>
          <w:rFonts w:hint="eastAsia"/>
          <w:sz w:val="30"/>
          <w:szCs w:val="30"/>
          <w:u w:val="single"/>
          <w:lang w:eastAsia="ja-JP"/>
        </w:rPr>
        <w:t>・</w:t>
      </w:r>
      <w:r w:rsidRPr="00BD3F62">
        <w:rPr>
          <w:rFonts w:hint="eastAsia"/>
          <w:spacing w:val="200"/>
          <w:sz w:val="30"/>
          <w:szCs w:val="30"/>
          <w:u w:val="single"/>
          <w:fitText w:val="1800" w:id="-453809408"/>
          <w:lang w:eastAsia="ja-JP"/>
        </w:rPr>
        <w:t>事業所</w:t>
      </w:r>
      <w:r w:rsidRPr="00BD3F62">
        <w:rPr>
          <w:rFonts w:hint="eastAsia"/>
          <w:sz w:val="30"/>
          <w:szCs w:val="30"/>
          <w:u w:val="single"/>
          <w:fitText w:val="1800" w:id="-453809408"/>
          <w:lang w:eastAsia="ja-JP"/>
        </w:rPr>
        <w:t>名</w:t>
      </w:r>
      <w:r w:rsidRPr="0057564C">
        <w:rPr>
          <w:rFonts w:hint="eastAsia"/>
          <w:sz w:val="30"/>
          <w:szCs w:val="30"/>
          <w:u w:val="single"/>
          <w:lang w:eastAsia="ja-JP"/>
        </w:rPr>
        <w:t xml:space="preserve">　</w:t>
      </w:r>
      <w:r w:rsidR="00AD7DFA" w:rsidRPr="0057564C">
        <w:rPr>
          <w:rFonts w:hint="eastAsia"/>
          <w:sz w:val="30"/>
          <w:szCs w:val="30"/>
          <w:u w:val="single"/>
          <w:lang w:eastAsia="ja-JP"/>
        </w:rPr>
        <w:t>：</w:t>
      </w:r>
      <w:r w:rsidR="0057564C" w:rsidRPr="0057564C">
        <w:rPr>
          <w:rFonts w:hint="eastAsia"/>
          <w:sz w:val="30"/>
          <w:szCs w:val="30"/>
          <w:u w:val="single"/>
          <w:lang w:eastAsia="ja-JP"/>
        </w:rPr>
        <w:t xml:space="preserve">「　</w:t>
      </w:r>
      <w:r w:rsidR="003C74AB">
        <w:rPr>
          <w:rFonts w:hint="eastAsia"/>
          <w:sz w:val="30"/>
          <w:szCs w:val="30"/>
          <w:u w:val="single"/>
          <w:lang w:eastAsia="ja-JP"/>
        </w:rPr>
        <w:t xml:space="preserve">　　　　　</w:t>
      </w:r>
      <w:r w:rsidR="00051AC4">
        <w:rPr>
          <w:rFonts w:hint="eastAsia"/>
          <w:sz w:val="30"/>
          <w:szCs w:val="30"/>
          <w:u w:val="single"/>
          <w:lang w:eastAsia="ja-JP"/>
        </w:rPr>
        <w:t xml:space="preserve">　　</w:t>
      </w:r>
      <w:r w:rsidR="003C74AB">
        <w:rPr>
          <w:rFonts w:hint="eastAsia"/>
          <w:sz w:val="30"/>
          <w:szCs w:val="30"/>
          <w:u w:val="single"/>
          <w:lang w:eastAsia="ja-JP"/>
        </w:rPr>
        <w:t xml:space="preserve">　</w:t>
      </w:r>
      <w:r w:rsidR="00BB1124">
        <w:rPr>
          <w:rFonts w:hint="eastAsia"/>
          <w:sz w:val="30"/>
          <w:szCs w:val="30"/>
          <w:u w:val="single"/>
          <w:lang w:eastAsia="ja-JP"/>
        </w:rPr>
        <w:t xml:space="preserve">　　　</w:t>
      </w:r>
      <w:r w:rsidR="0057564C" w:rsidRPr="0057564C">
        <w:rPr>
          <w:rFonts w:hint="eastAsia"/>
          <w:sz w:val="30"/>
          <w:szCs w:val="30"/>
          <w:u w:val="single"/>
          <w:lang w:eastAsia="ja-JP"/>
        </w:rPr>
        <w:t xml:space="preserve">　　　　　」</w:t>
      </w:r>
    </w:p>
    <w:p w14:paraId="486C0090" w14:textId="542428A1" w:rsidR="00E75963" w:rsidRDefault="00555B64">
      <w:pPr>
        <w:rPr>
          <w:sz w:val="30"/>
          <w:szCs w:val="30"/>
          <w:u w:val="single"/>
          <w:lang w:eastAsia="ja-JP"/>
        </w:rPr>
      </w:pPr>
      <w:r w:rsidRPr="0057564C">
        <w:rPr>
          <w:rFonts w:hint="eastAsia"/>
          <w:sz w:val="30"/>
          <w:szCs w:val="30"/>
          <w:u w:val="single"/>
          <w:lang w:eastAsia="ja-JP"/>
        </w:rPr>
        <w:t>・ご担当者様名</w:t>
      </w:r>
      <w:r w:rsidR="00AD7DFA" w:rsidRPr="0057564C">
        <w:rPr>
          <w:rFonts w:hint="eastAsia"/>
          <w:sz w:val="30"/>
          <w:szCs w:val="30"/>
          <w:u w:val="single"/>
          <w:lang w:eastAsia="ja-JP"/>
        </w:rPr>
        <w:t xml:space="preserve">　：</w:t>
      </w:r>
      <w:r w:rsidR="0057564C" w:rsidRPr="0057564C">
        <w:rPr>
          <w:rFonts w:hint="eastAsia"/>
          <w:sz w:val="30"/>
          <w:szCs w:val="30"/>
          <w:u w:val="single"/>
          <w:lang w:eastAsia="ja-JP"/>
        </w:rPr>
        <w:t xml:space="preserve">「　　　　　</w:t>
      </w:r>
      <w:r w:rsidR="00BD3F62">
        <w:rPr>
          <w:rFonts w:hint="eastAsia"/>
          <w:sz w:val="30"/>
          <w:szCs w:val="30"/>
          <w:u w:val="single"/>
          <w:lang w:eastAsia="ja-JP"/>
        </w:rPr>
        <w:t xml:space="preserve">　　　　　　　　　</w:t>
      </w:r>
      <w:r w:rsidR="00051AC4">
        <w:rPr>
          <w:rFonts w:hint="eastAsia"/>
          <w:sz w:val="30"/>
          <w:szCs w:val="30"/>
          <w:u w:val="single"/>
          <w:lang w:eastAsia="ja-JP"/>
        </w:rPr>
        <w:t xml:space="preserve">　　</w:t>
      </w:r>
      <w:r w:rsidR="0057564C" w:rsidRPr="0057564C">
        <w:rPr>
          <w:rFonts w:hint="eastAsia"/>
          <w:sz w:val="30"/>
          <w:szCs w:val="30"/>
          <w:u w:val="single"/>
          <w:lang w:eastAsia="ja-JP"/>
        </w:rPr>
        <w:t xml:space="preserve">　」</w:t>
      </w:r>
      <w:r w:rsidR="00AD7DFA" w:rsidRPr="0057564C">
        <w:rPr>
          <w:rFonts w:hint="eastAsia"/>
          <w:sz w:val="30"/>
          <w:szCs w:val="30"/>
          <w:u w:val="single"/>
          <w:lang w:eastAsia="ja-JP"/>
        </w:rPr>
        <w:t xml:space="preserve">　</w:t>
      </w:r>
    </w:p>
    <w:p w14:paraId="67623314" w14:textId="10B1C99E" w:rsidR="00BD3F62" w:rsidRDefault="00BD3F62">
      <w:pPr>
        <w:rPr>
          <w:sz w:val="30"/>
          <w:szCs w:val="30"/>
          <w:u w:val="single"/>
          <w:lang w:eastAsia="ja-JP"/>
        </w:rPr>
      </w:pPr>
      <w:r>
        <w:rPr>
          <w:rFonts w:hint="eastAsia"/>
          <w:sz w:val="30"/>
          <w:szCs w:val="30"/>
          <w:u w:val="single"/>
          <w:lang w:eastAsia="ja-JP"/>
        </w:rPr>
        <w:t>・</w:t>
      </w:r>
      <w:r w:rsidRPr="00BD3F62">
        <w:rPr>
          <w:rFonts w:hint="eastAsia"/>
          <w:spacing w:val="200"/>
          <w:sz w:val="30"/>
          <w:szCs w:val="30"/>
          <w:u w:val="single"/>
          <w:fitText w:val="1800" w:id="-453809407"/>
          <w:lang w:eastAsia="ja-JP"/>
        </w:rPr>
        <w:t>ご連絡</w:t>
      </w:r>
      <w:r w:rsidRPr="00BD3F62">
        <w:rPr>
          <w:rFonts w:hint="eastAsia"/>
          <w:sz w:val="30"/>
          <w:szCs w:val="30"/>
          <w:u w:val="single"/>
          <w:fitText w:val="1800" w:id="-453809407"/>
          <w:lang w:eastAsia="ja-JP"/>
        </w:rPr>
        <w:t>先</w:t>
      </w:r>
      <w:r>
        <w:rPr>
          <w:rFonts w:hint="eastAsia"/>
          <w:sz w:val="30"/>
          <w:szCs w:val="30"/>
          <w:u w:val="single"/>
          <w:lang w:eastAsia="ja-JP"/>
        </w:rPr>
        <w:t xml:space="preserve">　：「　　　　　　　　　　　　　</w:t>
      </w:r>
      <w:r w:rsidR="00051AC4">
        <w:rPr>
          <w:rFonts w:hint="eastAsia"/>
          <w:sz w:val="30"/>
          <w:szCs w:val="30"/>
          <w:u w:val="single"/>
          <w:lang w:eastAsia="ja-JP"/>
        </w:rPr>
        <w:t xml:space="preserve">　　</w:t>
      </w:r>
      <w:r>
        <w:rPr>
          <w:rFonts w:hint="eastAsia"/>
          <w:sz w:val="30"/>
          <w:szCs w:val="30"/>
          <w:u w:val="single"/>
          <w:lang w:eastAsia="ja-JP"/>
        </w:rPr>
        <w:t xml:space="preserve">　　」</w:t>
      </w:r>
    </w:p>
    <w:p w14:paraId="5890F78D" w14:textId="465866C9" w:rsidR="00555B64" w:rsidRPr="0057564C" w:rsidRDefault="00AD7DFA">
      <w:pPr>
        <w:rPr>
          <w:sz w:val="24"/>
          <w:szCs w:val="24"/>
          <w:u w:val="single"/>
          <w:lang w:eastAsia="ja-JP"/>
        </w:rPr>
      </w:pPr>
      <w:r w:rsidRPr="0057564C">
        <w:rPr>
          <w:rFonts w:hint="eastAsia"/>
          <w:sz w:val="30"/>
          <w:szCs w:val="30"/>
          <w:u w:val="single"/>
          <w:lang w:eastAsia="ja-JP"/>
        </w:rPr>
        <w:t xml:space="preserve">　</w:t>
      </w:r>
      <w:r w:rsidRPr="0057564C">
        <w:rPr>
          <w:rFonts w:hint="eastAsia"/>
          <w:sz w:val="24"/>
          <w:szCs w:val="24"/>
          <w:u w:val="single"/>
          <w:lang w:eastAsia="ja-JP"/>
        </w:rPr>
        <w:t xml:space="preserve">　　　　　　　　　</w:t>
      </w:r>
    </w:p>
    <w:tbl>
      <w:tblPr>
        <w:tblStyle w:val="afe"/>
        <w:tblW w:w="9639" w:type="dxa"/>
        <w:tblInd w:w="-5" w:type="dxa"/>
        <w:tblLook w:val="04A0" w:firstRow="1" w:lastRow="0" w:firstColumn="1" w:lastColumn="0" w:noHBand="0" w:noVBand="1"/>
      </w:tblPr>
      <w:tblGrid>
        <w:gridCol w:w="1843"/>
        <w:gridCol w:w="1985"/>
        <w:gridCol w:w="5811"/>
      </w:tblGrid>
      <w:tr w:rsidR="00555B64" w14:paraId="21F35455" w14:textId="77777777" w:rsidTr="00E811A1">
        <w:trPr>
          <w:trHeight w:val="361"/>
        </w:trPr>
        <w:tc>
          <w:tcPr>
            <w:tcW w:w="1843" w:type="dxa"/>
          </w:tcPr>
          <w:p w14:paraId="45FBC19B" w14:textId="637B6D5E" w:rsidR="00555B64" w:rsidRDefault="0057564C" w:rsidP="00555B64">
            <w:pPr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希望日程</w:t>
            </w:r>
          </w:p>
        </w:tc>
        <w:tc>
          <w:tcPr>
            <w:tcW w:w="1985" w:type="dxa"/>
          </w:tcPr>
          <w:p w14:paraId="663F2083" w14:textId="64DACC13" w:rsidR="00555B64" w:rsidRDefault="00555B64" w:rsidP="00555B64">
            <w:pPr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日</w:t>
            </w:r>
          </w:p>
        </w:tc>
        <w:tc>
          <w:tcPr>
            <w:tcW w:w="5811" w:type="dxa"/>
          </w:tcPr>
          <w:p w14:paraId="1ECF2D30" w14:textId="41FC5C7C" w:rsidR="00555B64" w:rsidRDefault="0057564C" w:rsidP="00555B64">
            <w:pPr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時間帯</w:t>
            </w:r>
          </w:p>
        </w:tc>
      </w:tr>
      <w:tr w:rsidR="00555B64" w14:paraId="0C6CD670" w14:textId="77777777" w:rsidTr="00E811A1">
        <w:trPr>
          <w:trHeight w:val="845"/>
        </w:trPr>
        <w:tc>
          <w:tcPr>
            <w:tcW w:w="1843" w:type="dxa"/>
          </w:tcPr>
          <w:p w14:paraId="27EEE395" w14:textId="0DCAD07C" w:rsidR="00555B64" w:rsidRPr="00E75963" w:rsidRDefault="00555B64" w:rsidP="00555B64">
            <w:pPr>
              <w:jc w:val="center"/>
              <w:rPr>
                <w:sz w:val="36"/>
                <w:szCs w:val="36"/>
                <w:lang w:eastAsia="ja-JP"/>
              </w:rPr>
            </w:pPr>
            <w:r w:rsidRPr="00E75963">
              <w:rPr>
                <w:rFonts w:hint="eastAsia"/>
                <w:sz w:val="36"/>
                <w:szCs w:val="36"/>
                <w:lang w:eastAsia="ja-JP"/>
              </w:rPr>
              <w:t>第</w:t>
            </w:r>
            <w:r w:rsidRPr="00E75963">
              <w:rPr>
                <w:rFonts w:hint="eastAsia"/>
                <w:sz w:val="36"/>
                <w:szCs w:val="36"/>
                <w:lang w:eastAsia="ja-JP"/>
              </w:rPr>
              <w:t>1</w:t>
            </w:r>
            <w:r w:rsidR="00E75963">
              <w:rPr>
                <w:sz w:val="36"/>
                <w:szCs w:val="36"/>
                <w:lang w:eastAsia="ja-JP"/>
              </w:rPr>
              <w:br/>
            </w:r>
            <w:r w:rsidRPr="00E75963">
              <w:rPr>
                <w:rFonts w:hint="eastAsia"/>
                <w:sz w:val="36"/>
                <w:szCs w:val="36"/>
                <w:lang w:eastAsia="ja-JP"/>
              </w:rPr>
              <w:t>希望</w:t>
            </w:r>
          </w:p>
        </w:tc>
        <w:tc>
          <w:tcPr>
            <w:tcW w:w="1985" w:type="dxa"/>
          </w:tcPr>
          <w:p w14:paraId="129D99E2" w14:textId="77777777" w:rsidR="00555B64" w:rsidRPr="0057564C" w:rsidRDefault="00555B64" w:rsidP="00555B64">
            <w:pPr>
              <w:jc w:val="center"/>
              <w:rPr>
                <w:sz w:val="36"/>
                <w:szCs w:val="36"/>
                <w:lang w:eastAsia="ja-JP"/>
              </w:rPr>
            </w:pPr>
          </w:p>
        </w:tc>
        <w:tc>
          <w:tcPr>
            <w:tcW w:w="5811" w:type="dxa"/>
          </w:tcPr>
          <w:p w14:paraId="432522E8" w14:textId="102D5923" w:rsidR="00E811A1" w:rsidRPr="0057564C" w:rsidRDefault="00555B64" w:rsidP="00E811A1">
            <w:pPr>
              <w:spacing w:line="480" w:lineRule="auto"/>
              <w:rPr>
                <w:sz w:val="36"/>
                <w:szCs w:val="36"/>
                <w:lang w:eastAsia="ja-JP"/>
              </w:rPr>
            </w:pPr>
            <w:r w:rsidRPr="0057564C">
              <w:rPr>
                <w:rFonts w:hint="eastAsia"/>
                <w:sz w:val="36"/>
                <w:szCs w:val="36"/>
                <w:lang w:eastAsia="ja-JP"/>
              </w:rPr>
              <w:t>午前</w:t>
            </w:r>
            <w:r w:rsidR="00340BA1" w:rsidRPr="0057564C">
              <w:rPr>
                <w:rFonts w:hint="eastAsia"/>
                <w:sz w:val="36"/>
                <w:szCs w:val="36"/>
                <w:lang w:eastAsia="ja-JP"/>
              </w:rPr>
              <w:t xml:space="preserve">　</w:t>
            </w:r>
            <w:r w:rsidRPr="0057564C">
              <w:rPr>
                <w:rFonts w:hint="eastAsia"/>
                <w:sz w:val="36"/>
                <w:szCs w:val="36"/>
                <w:lang w:eastAsia="ja-JP"/>
              </w:rPr>
              <w:t>/</w:t>
            </w:r>
            <w:r w:rsidR="00340BA1" w:rsidRPr="0057564C">
              <w:rPr>
                <w:rFonts w:hint="eastAsia"/>
                <w:sz w:val="36"/>
                <w:szCs w:val="36"/>
                <w:lang w:eastAsia="ja-JP"/>
              </w:rPr>
              <w:t xml:space="preserve">　</w:t>
            </w:r>
            <w:r w:rsidRPr="0057564C">
              <w:rPr>
                <w:rFonts w:hint="eastAsia"/>
                <w:sz w:val="36"/>
                <w:szCs w:val="36"/>
                <w:lang w:eastAsia="ja-JP"/>
              </w:rPr>
              <w:t>午後</w:t>
            </w:r>
            <w:r w:rsidR="00E811A1">
              <w:rPr>
                <w:rFonts w:hint="eastAsia"/>
                <w:sz w:val="36"/>
                <w:szCs w:val="36"/>
                <w:lang w:eastAsia="ja-JP"/>
              </w:rPr>
              <w:t xml:space="preserve">　</w:t>
            </w:r>
            <w:r w:rsidR="00E811A1">
              <w:rPr>
                <w:rFonts w:hint="eastAsia"/>
                <w:sz w:val="36"/>
                <w:szCs w:val="36"/>
                <w:lang w:eastAsia="ja-JP"/>
              </w:rPr>
              <w:t>/</w:t>
            </w:r>
            <w:r w:rsidR="00E811A1">
              <w:rPr>
                <w:rFonts w:hint="eastAsia"/>
                <w:sz w:val="36"/>
                <w:szCs w:val="36"/>
                <w:lang w:eastAsia="ja-JP"/>
              </w:rPr>
              <w:t xml:space="preserve">　どちらでも可</w:t>
            </w:r>
          </w:p>
        </w:tc>
      </w:tr>
      <w:tr w:rsidR="00555B64" w14:paraId="6DA426D4" w14:textId="77777777" w:rsidTr="00E811A1">
        <w:trPr>
          <w:trHeight w:val="800"/>
        </w:trPr>
        <w:tc>
          <w:tcPr>
            <w:tcW w:w="1843" w:type="dxa"/>
          </w:tcPr>
          <w:p w14:paraId="466B428F" w14:textId="38ACD693" w:rsidR="00555B64" w:rsidRPr="00E75963" w:rsidRDefault="00555B64" w:rsidP="00555B64">
            <w:pPr>
              <w:jc w:val="center"/>
              <w:rPr>
                <w:sz w:val="36"/>
                <w:szCs w:val="36"/>
                <w:lang w:eastAsia="ja-JP"/>
              </w:rPr>
            </w:pPr>
            <w:r w:rsidRPr="00E75963">
              <w:rPr>
                <w:rFonts w:hint="eastAsia"/>
                <w:sz w:val="36"/>
                <w:szCs w:val="36"/>
                <w:lang w:eastAsia="ja-JP"/>
              </w:rPr>
              <w:t>第</w:t>
            </w:r>
            <w:r w:rsidRPr="00E75963">
              <w:rPr>
                <w:rFonts w:hint="eastAsia"/>
                <w:sz w:val="36"/>
                <w:szCs w:val="36"/>
                <w:lang w:eastAsia="ja-JP"/>
              </w:rPr>
              <w:t>2</w:t>
            </w:r>
            <w:r w:rsidR="00E75963">
              <w:rPr>
                <w:sz w:val="36"/>
                <w:szCs w:val="36"/>
                <w:lang w:eastAsia="ja-JP"/>
              </w:rPr>
              <w:br/>
            </w:r>
            <w:r w:rsidRPr="00E75963">
              <w:rPr>
                <w:rFonts w:hint="eastAsia"/>
                <w:sz w:val="36"/>
                <w:szCs w:val="36"/>
                <w:lang w:eastAsia="ja-JP"/>
              </w:rPr>
              <w:t>希望</w:t>
            </w:r>
          </w:p>
        </w:tc>
        <w:tc>
          <w:tcPr>
            <w:tcW w:w="1985" w:type="dxa"/>
          </w:tcPr>
          <w:p w14:paraId="1BE53771" w14:textId="77777777" w:rsidR="00555B64" w:rsidRPr="0057564C" w:rsidRDefault="00555B64" w:rsidP="00555B64">
            <w:pPr>
              <w:jc w:val="center"/>
              <w:rPr>
                <w:sz w:val="36"/>
                <w:szCs w:val="36"/>
                <w:lang w:eastAsia="ja-JP"/>
              </w:rPr>
            </w:pPr>
          </w:p>
        </w:tc>
        <w:tc>
          <w:tcPr>
            <w:tcW w:w="5811" w:type="dxa"/>
          </w:tcPr>
          <w:p w14:paraId="438CA9E4" w14:textId="2D58ED61" w:rsidR="00555B64" w:rsidRPr="0057564C" w:rsidRDefault="00E811A1" w:rsidP="00E811A1">
            <w:pPr>
              <w:spacing w:line="480" w:lineRule="auto"/>
              <w:rPr>
                <w:sz w:val="36"/>
                <w:szCs w:val="36"/>
                <w:lang w:eastAsia="ja-JP"/>
              </w:rPr>
            </w:pPr>
            <w:r w:rsidRPr="0057564C">
              <w:rPr>
                <w:rFonts w:hint="eastAsia"/>
                <w:sz w:val="36"/>
                <w:szCs w:val="36"/>
                <w:lang w:eastAsia="ja-JP"/>
              </w:rPr>
              <w:t xml:space="preserve">午前　</w:t>
            </w:r>
            <w:r w:rsidRPr="0057564C">
              <w:rPr>
                <w:rFonts w:hint="eastAsia"/>
                <w:sz w:val="36"/>
                <w:szCs w:val="36"/>
                <w:lang w:eastAsia="ja-JP"/>
              </w:rPr>
              <w:t>/</w:t>
            </w:r>
            <w:r w:rsidRPr="0057564C">
              <w:rPr>
                <w:rFonts w:hint="eastAsia"/>
                <w:sz w:val="36"/>
                <w:szCs w:val="36"/>
                <w:lang w:eastAsia="ja-JP"/>
              </w:rPr>
              <w:t xml:space="preserve">　午後</w:t>
            </w:r>
            <w:r>
              <w:rPr>
                <w:rFonts w:hint="eastAsia"/>
                <w:sz w:val="36"/>
                <w:szCs w:val="36"/>
                <w:lang w:eastAsia="ja-JP"/>
              </w:rPr>
              <w:t xml:space="preserve">　</w:t>
            </w:r>
            <w:r>
              <w:rPr>
                <w:rFonts w:hint="eastAsia"/>
                <w:sz w:val="36"/>
                <w:szCs w:val="36"/>
                <w:lang w:eastAsia="ja-JP"/>
              </w:rPr>
              <w:t>/</w:t>
            </w:r>
            <w:r>
              <w:rPr>
                <w:rFonts w:hint="eastAsia"/>
                <w:sz w:val="36"/>
                <w:szCs w:val="36"/>
                <w:lang w:eastAsia="ja-JP"/>
              </w:rPr>
              <w:t xml:space="preserve">　どちらでも可</w:t>
            </w:r>
          </w:p>
        </w:tc>
      </w:tr>
      <w:tr w:rsidR="00555B64" w14:paraId="21BBA6E8" w14:textId="77777777" w:rsidTr="00E811A1">
        <w:trPr>
          <w:trHeight w:val="845"/>
        </w:trPr>
        <w:tc>
          <w:tcPr>
            <w:tcW w:w="1843" w:type="dxa"/>
          </w:tcPr>
          <w:p w14:paraId="40B9BC35" w14:textId="59B0A1B6" w:rsidR="00555B64" w:rsidRPr="00E75963" w:rsidRDefault="00555B64" w:rsidP="00555B64">
            <w:pPr>
              <w:jc w:val="center"/>
              <w:rPr>
                <w:sz w:val="36"/>
                <w:szCs w:val="36"/>
                <w:lang w:eastAsia="ja-JP"/>
              </w:rPr>
            </w:pPr>
            <w:r w:rsidRPr="00E75963">
              <w:rPr>
                <w:rFonts w:hint="eastAsia"/>
                <w:sz w:val="36"/>
                <w:szCs w:val="36"/>
                <w:lang w:eastAsia="ja-JP"/>
              </w:rPr>
              <w:t>第</w:t>
            </w:r>
            <w:r w:rsidRPr="00E75963">
              <w:rPr>
                <w:rFonts w:hint="eastAsia"/>
                <w:sz w:val="36"/>
                <w:szCs w:val="36"/>
                <w:lang w:eastAsia="ja-JP"/>
              </w:rPr>
              <w:t>3</w:t>
            </w:r>
            <w:r w:rsidR="00E75963">
              <w:rPr>
                <w:sz w:val="36"/>
                <w:szCs w:val="36"/>
                <w:lang w:eastAsia="ja-JP"/>
              </w:rPr>
              <w:br/>
            </w:r>
            <w:r w:rsidRPr="00E75963">
              <w:rPr>
                <w:rFonts w:hint="eastAsia"/>
                <w:sz w:val="36"/>
                <w:szCs w:val="36"/>
                <w:lang w:eastAsia="ja-JP"/>
              </w:rPr>
              <w:t>希望</w:t>
            </w:r>
          </w:p>
        </w:tc>
        <w:tc>
          <w:tcPr>
            <w:tcW w:w="1985" w:type="dxa"/>
          </w:tcPr>
          <w:p w14:paraId="30760257" w14:textId="77777777" w:rsidR="00555B64" w:rsidRPr="0057564C" w:rsidRDefault="00555B64" w:rsidP="00555B64">
            <w:pPr>
              <w:jc w:val="center"/>
              <w:rPr>
                <w:sz w:val="36"/>
                <w:szCs w:val="36"/>
                <w:lang w:eastAsia="ja-JP"/>
              </w:rPr>
            </w:pPr>
          </w:p>
        </w:tc>
        <w:tc>
          <w:tcPr>
            <w:tcW w:w="5811" w:type="dxa"/>
          </w:tcPr>
          <w:p w14:paraId="3A448937" w14:textId="47977DBA" w:rsidR="00555B64" w:rsidRPr="0057564C" w:rsidRDefault="00E811A1" w:rsidP="00E811A1">
            <w:pPr>
              <w:spacing w:line="480" w:lineRule="auto"/>
              <w:rPr>
                <w:sz w:val="36"/>
                <w:szCs w:val="36"/>
                <w:lang w:eastAsia="ja-JP"/>
              </w:rPr>
            </w:pPr>
            <w:r w:rsidRPr="0057564C">
              <w:rPr>
                <w:rFonts w:hint="eastAsia"/>
                <w:sz w:val="36"/>
                <w:szCs w:val="36"/>
                <w:lang w:eastAsia="ja-JP"/>
              </w:rPr>
              <w:t xml:space="preserve">午前　</w:t>
            </w:r>
            <w:r w:rsidRPr="0057564C">
              <w:rPr>
                <w:rFonts w:hint="eastAsia"/>
                <w:sz w:val="36"/>
                <w:szCs w:val="36"/>
                <w:lang w:eastAsia="ja-JP"/>
              </w:rPr>
              <w:t>/</w:t>
            </w:r>
            <w:r w:rsidRPr="0057564C">
              <w:rPr>
                <w:rFonts w:hint="eastAsia"/>
                <w:sz w:val="36"/>
                <w:szCs w:val="36"/>
                <w:lang w:eastAsia="ja-JP"/>
              </w:rPr>
              <w:t xml:space="preserve">　午後</w:t>
            </w:r>
            <w:r>
              <w:rPr>
                <w:rFonts w:hint="eastAsia"/>
                <w:sz w:val="36"/>
                <w:szCs w:val="36"/>
                <w:lang w:eastAsia="ja-JP"/>
              </w:rPr>
              <w:t xml:space="preserve">　</w:t>
            </w:r>
            <w:r>
              <w:rPr>
                <w:rFonts w:hint="eastAsia"/>
                <w:sz w:val="36"/>
                <w:szCs w:val="36"/>
                <w:lang w:eastAsia="ja-JP"/>
              </w:rPr>
              <w:t>/</w:t>
            </w:r>
            <w:r>
              <w:rPr>
                <w:rFonts w:hint="eastAsia"/>
                <w:sz w:val="36"/>
                <w:szCs w:val="36"/>
                <w:lang w:eastAsia="ja-JP"/>
              </w:rPr>
              <w:t xml:space="preserve">　どちらでも可</w:t>
            </w:r>
          </w:p>
        </w:tc>
      </w:tr>
    </w:tbl>
    <w:p w14:paraId="5C4644EE" w14:textId="5D26AB6A" w:rsidR="00555B64" w:rsidRPr="00051AC4" w:rsidRDefault="00340BA1" w:rsidP="00340BA1">
      <w:pPr>
        <w:rPr>
          <w:sz w:val="24"/>
          <w:szCs w:val="24"/>
          <w:lang w:eastAsia="ja-JP"/>
        </w:rPr>
      </w:pPr>
      <w:r>
        <w:rPr>
          <w:rFonts w:hint="eastAsia"/>
          <w:lang w:eastAsia="ja-JP"/>
        </w:rPr>
        <w:t xml:space="preserve">　</w:t>
      </w:r>
      <w:r w:rsidRPr="00051AC4">
        <w:rPr>
          <w:rFonts w:hint="eastAsia"/>
          <w:sz w:val="24"/>
          <w:szCs w:val="24"/>
          <w:lang w:eastAsia="ja-JP"/>
        </w:rPr>
        <w:t>※希望日を記入</w:t>
      </w:r>
      <w:r w:rsidR="00BB1124" w:rsidRPr="00051AC4">
        <w:rPr>
          <w:rFonts w:hint="eastAsia"/>
          <w:sz w:val="24"/>
          <w:szCs w:val="24"/>
          <w:lang w:eastAsia="ja-JP"/>
        </w:rPr>
        <w:t>（</w:t>
      </w:r>
      <w:r w:rsidR="00BB1124" w:rsidRPr="00051AC4">
        <w:rPr>
          <w:rFonts w:hint="eastAsia"/>
          <w:sz w:val="24"/>
          <w:szCs w:val="24"/>
          <w:lang w:eastAsia="ja-JP"/>
        </w:rPr>
        <w:t>11/4</w:t>
      </w:r>
      <w:r w:rsidR="00BB1124" w:rsidRPr="00051AC4">
        <w:rPr>
          <w:rFonts w:hint="eastAsia"/>
          <w:sz w:val="24"/>
          <w:szCs w:val="24"/>
          <w:lang w:eastAsia="ja-JP"/>
        </w:rPr>
        <w:t>～</w:t>
      </w:r>
      <w:r w:rsidR="00BB1124" w:rsidRPr="00051AC4">
        <w:rPr>
          <w:rFonts w:hint="eastAsia"/>
          <w:sz w:val="24"/>
          <w:szCs w:val="24"/>
          <w:lang w:eastAsia="ja-JP"/>
        </w:rPr>
        <w:t>11/17</w:t>
      </w:r>
      <w:r w:rsidR="00BB1124" w:rsidRPr="00051AC4">
        <w:rPr>
          <w:rFonts w:hint="eastAsia"/>
          <w:sz w:val="24"/>
          <w:szCs w:val="24"/>
          <w:lang w:eastAsia="ja-JP"/>
        </w:rPr>
        <w:t>の平日）</w:t>
      </w:r>
      <w:r w:rsidR="00051AC4">
        <w:rPr>
          <w:rFonts w:hint="eastAsia"/>
          <w:sz w:val="24"/>
          <w:szCs w:val="24"/>
          <w:lang w:eastAsia="ja-JP"/>
        </w:rPr>
        <w:t xml:space="preserve">　</w:t>
      </w:r>
      <w:r w:rsidRPr="00051AC4">
        <w:rPr>
          <w:rFonts w:hint="eastAsia"/>
          <w:sz w:val="24"/>
          <w:szCs w:val="24"/>
          <w:lang w:eastAsia="ja-JP"/>
        </w:rPr>
        <w:t>※希望時間帯に○表示</w:t>
      </w:r>
    </w:p>
    <w:p w14:paraId="657291C5" w14:textId="77777777" w:rsidR="0057564C" w:rsidRPr="00051AC4" w:rsidRDefault="0057564C" w:rsidP="0057564C">
      <w:pPr>
        <w:ind w:right="440"/>
        <w:rPr>
          <w:lang w:eastAsia="ja-JP"/>
        </w:rPr>
      </w:pPr>
    </w:p>
    <w:p w14:paraId="1E1B3337" w14:textId="733867D2" w:rsidR="0057564C" w:rsidRPr="0057564C" w:rsidRDefault="00E75963" w:rsidP="0057564C">
      <w:pPr>
        <w:ind w:left="300" w:right="440" w:hangingChars="100" w:hanging="300"/>
        <w:rPr>
          <w:sz w:val="30"/>
          <w:szCs w:val="30"/>
          <w:lang w:eastAsia="ja-JP"/>
        </w:rPr>
      </w:pPr>
      <w:r>
        <w:rPr>
          <w:rFonts w:hint="eastAsia"/>
          <w:sz w:val="30"/>
          <w:szCs w:val="30"/>
          <w:lang w:eastAsia="ja-JP"/>
        </w:rPr>
        <w:t>・</w:t>
      </w:r>
      <w:r w:rsidR="0057564C" w:rsidRPr="0057564C">
        <w:rPr>
          <w:rFonts w:hint="eastAsia"/>
          <w:sz w:val="30"/>
          <w:szCs w:val="30"/>
          <w:lang w:eastAsia="ja-JP"/>
        </w:rPr>
        <w:t>参加事業所が定員に達しない場合、複数回の参加を希望し</w:t>
      </w:r>
      <w:r w:rsidR="00C5404C">
        <w:rPr>
          <w:rFonts w:hint="eastAsia"/>
          <w:sz w:val="30"/>
          <w:szCs w:val="30"/>
          <w:lang w:eastAsia="ja-JP"/>
        </w:rPr>
        <w:t>ま</w:t>
      </w:r>
      <w:r>
        <w:rPr>
          <w:rFonts w:hint="eastAsia"/>
          <w:sz w:val="30"/>
          <w:szCs w:val="30"/>
          <w:lang w:eastAsia="ja-JP"/>
        </w:rPr>
        <w:t>すか？（該当欄に☑）</w:t>
      </w:r>
    </w:p>
    <w:p w14:paraId="74A434B2" w14:textId="3F853A7A" w:rsidR="0057564C" w:rsidRDefault="0057564C" w:rsidP="0057564C">
      <w:pPr>
        <w:wordWrap w:val="0"/>
        <w:jc w:val="right"/>
        <w:rPr>
          <w:sz w:val="30"/>
          <w:szCs w:val="30"/>
          <w:u w:val="single"/>
          <w:lang w:eastAsia="ja-JP"/>
        </w:rPr>
      </w:pPr>
      <w:r w:rsidRPr="0057564C">
        <w:rPr>
          <w:rFonts w:hint="eastAsia"/>
          <w:sz w:val="30"/>
          <w:szCs w:val="30"/>
          <w:lang w:eastAsia="ja-JP"/>
        </w:rPr>
        <w:t xml:space="preserve">→　　</w:t>
      </w:r>
      <w:sdt>
        <w:sdtPr>
          <w:rPr>
            <w:rFonts w:ascii="游ゴシック" w:eastAsia="游ゴシック" w:hAnsi="游ゴシック" w:cs="Times New Roman" w:hint="eastAsia"/>
            <w:b/>
            <w:kern w:val="2"/>
            <w:sz w:val="28"/>
            <w:szCs w:val="28"/>
            <w:u w:val="single"/>
            <w:lang w:eastAsia="ja-JP"/>
          </w:rPr>
          <w:id w:val="-1522315813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 w:rsidR="001F2302">
            <w:rPr>
              <w:rFonts w:ascii="ＭＳ ゴシック" w:eastAsia="ＭＳ ゴシック" w:hAnsi="ＭＳ ゴシック" w:cs="Times New Roman" w:hint="eastAsia"/>
              <w:b/>
              <w:kern w:val="2"/>
              <w:sz w:val="28"/>
              <w:szCs w:val="28"/>
              <w:u w:val="single"/>
              <w:lang w:eastAsia="ja-JP"/>
            </w:rPr>
            <w:t>☐</w:t>
          </w:r>
        </w:sdtContent>
      </w:sdt>
      <w:r w:rsidRPr="001F2302">
        <w:rPr>
          <w:rFonts w:hint="eastAsia"/>
          <w:sz w:val="30"/>
          <w:szCs w:val="30"/>
          <w:u w:val="single"/>
          <w:lang w:eastAsia="ja-JP"/>
        </w:rPr>
        <w:t>希望する</w:t>
      </w:r>
      <w:r w:rsidRPr="0057564C">
        <w:rPr>
          <w:rFonts w:hint="eastAsia"/>
          <w:sz w:val="30"/>
          <w:szCs w:val="30"/>
          <w:u w:val="single"/>
          <w:lang w:eastAsia="ja-JP"/>
        </w:rPr>
        <w:t xml:space="preserve">　　　</w:t>
      </w:r>
      <w:sdt>
        <w:sdtPr>
          <w:rPr>
            <w:rFonts w:ascii="游ゴシック" w:eastAsia="游ゴシック" w:hAnsi="游ゴシック" w:hint="eastAsia"/>
            <w:b/>
            <w:sz w:val="28"/>
            <w:szCs w:val="28"/>
            <w:u w:val="single"/>
            <w:lang w:eastAsia="ja-JP"/>
          </w:rPr>
          <w:id w:val="1742219179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 w:rsidR="001F2302">
            <w:rPr>
              <w:rFonts w:ascii="ＭＳ ゴシック" w:eastAsia="ＭＳ ゴシック" w:hAnsi="ＭＳ ゴシック" w:hint="eastAsia"/>
              <w:b/>
              <w:sz w:val="28"/>
              <w:szCs w:val="28"/>
              <w:u w:val="single"/>
              <w:lang w:eastAsia="ja-JP"/>
            </w:rPr>
            <w:t>☐</w:t>
          </w:r>
        </w:sdtContent>
      </w:sdt>
      <w:r w:rsidRPr="001F2302">
        <w:rPr>
          <w:rFonts w:hint="eastAsia"/>
          <w:sz w:val="30"/>
          <w:szCs w:val="30"/>
          <w:u w:val="single"/>
          <w:lang w:eastAsia="ja-JP"/>
        </w:rPr>
        <w:t>希望</w:t>
      </w:r>
      <w:r w:rsidRPr="0057564C">
        <w:rPr>
          <w:rFonts w:hint="eastAsia"/>
          <w:sz w:val="30"/>
          <w:szCs w:val="30"/>
          <w:u w:val="single"/>
          <w:lang w:eastAsia="ja-JP"/>
        </w:rPr>
        <w:t xml:space="preserve">しない　</w:t>
      </w:r>
    </w:p>
    <w:p w14:paraId="1EA120D8" w14:textId="231DF892" w:rsidR="00E75963" w:rsidRDefault="00E75963" w:rsidP="00E75963">
      <w:pPr>
        <w:rPr>
          <w:sz w:val="30"/>
          <w:szCs w:val="30"/>
          <w:u w:val="single"/>
          <w:lang w:eastAsia="ja-JP"/>
        </w:rPr>
      </w:pPr>
    </w:p>
    <w:p w14:paraId="2EBF9CCB" w14:textId="21581DEA" w:rsidR="00E75963" w:rsidRDefault="00E75963" w:rsidP="00E75963">
      <w:pPr>
        <w:ind w:left="300" w:hangingChars="100" w:hanging="300"/>
        <w:rPr>
          <w:sz w:val="30"/>
          <w:szCs w:val="30"/>
          <w:lang w:eastAsia="ja-JP"/>
        </w:rPr>
      </w:pPr>
      <w:r>
        <w:rPr>
          <w:rFonts w:hint="eastAsia"/>
          <w:sz w:val="30"/>
          <w:szCs w:val="30"/>
          <w:lang w:eastAsia="ja-JP"/>
        </w:rPr>
        <w:t>＊申込方法</w:t>
      </w:r>
      <w:r>
        <w:rPr>
          <w:sz w:val="30"/>
          <w:szCs w:val="30"/>
          <w:lang w:eastAsia="ja-JP"/>
        </w:rPr>
        <w:br/>
      </w:r>
      <w:r w:rsidRPr="00E75963">
        <w:rPr>
          <w:rFonts w:hint="eastAsia"/>
          <w:sz w:val="30"/>
          <w:szCs w:val="30"/>
          <w:lang w:eastAsia="ja-JP"/>
        </w:rPr>
        <w:t>ハローワーク草津　事業所・職業相談第二部門</w:t>
      </w:r>
      <w:r>
        <w:rPr>
          <w:rFonts w:hint="eastAsia"/>
          <w:sz w:val="30"/>
          <w:szCs w:val="30"/>
          <w:lang w:eastAsia="ja-JP"/>
        </w:rPr>
        <w:t>あてに</w:t>
      </w:r>
      <w:r w:rsidRPr="00E75963">
        <w:rPr>
          <w:sz w:val="30"/>
          <w:szCs w:val="30"/>
          <w:lang w:eastAsia="ja-JP"/>
        </w:rPr>
        <w:br/>
      </w:r>
      <w:r>
        <w:rPr>
          <w:rFonts w:hint="eastAsia"/>
          <w:sz w:val="30"/>
          <w:szCs w:val="30"/>
          <w:lang w:eastAsia="ja-JP"/>
        </w:rPr>
        <w:t>メール（アドレス：</w:t>
      </w:r>
      <w:hyperlink r:id="rId8" w:history="1">
        <w:r w:rsidRPr="00553921">
          <w:rPr>
            <w:rStyle w:val="aff"/>
            <w:sz w:val="30"/>
            <w:szCs w:val="30"/>
            <w:lang w:eastAsia="ja-JP"/>
          </w:rPr>
          <w:t>kusatsu-kyujin@mhlw.go.jp</w:t>
        </w:r>
      </w:hyperlink>
      <w:r>
        <w:rPr>
          <w:rFonts w:hint="eastAsia"/>
          <w:sz w:val="30"/>
          <w:szCs w:val="30"/>
          <w:lang w:eastAsia="ja-JP"/>
        </w:rPr>
        <w:t>）にて申込</w:t>
      </w:r>
    </w:p>
    <w:p w14:paraId="7D9BBC04" w14:textId="77777777" w:rsidR="00E75963" w:rsidRPr="00E75963" w:rsidRDefault="00E75963" w:rsidP="00E75963">
      <w:pPr>
        <w:rPr>
          <w:sz w:val="30"/>
          <w:szCs w:val="30"/>
          <w:lang w:eastAsia="ja-JP"/>
        </w:rPr>
      </w:pPr>
    </w:p>
    <w:p w14:paraId="7628862A" w14:textId="639A7EA4" w:rsidR="00E75963" w:rsidRPr="00B95B22" w:rsidRDefault="00E75963" w:rsidP="00BD3F62">
      <w:pPr>
        <w:ind w:left="240" w:hangingChars="100" w:hanging="240"/>
        <w:rPr>
          <w:sz w:val="24"/>
          <w:szCs w:val="24"/>
          <w:lang w:eastAsia="ja-JP"/>
        </w:rPr>
      </w:pPr>
      <w:r w:rsidRPr="00B95B22">
        <w:rPr>
          <w:rFonts w:hint="eastAsia"/>
          <w:sz w:val="24"/>
          <w:szCs w:val="24"/>
          <w:lang w:eastAsia="ja-JP"/>
        </w:rPr>
        <w:t>※参加の可否は、</w:t>
      </w:r>
      <w:r w:rsidRPr="00B95B22">
        <w:rPr>
          <w:rFonts w:hint="eastAsia"/>
          <w:sz w:val="24"/>
          <w:szCs w:val="24"/>
          <w:lang w:eastAsia="ja-JP"/>
        </w:rPr>
        <w:t>9</w:t>
      </w:r>
      <w:r w:rsidR="00B95B22" w:rsidRPr="00B95B22">
        <w:rPr>
          <w:rFonts w:hint="eastAsia"/>
          <w:sz w:val="24"/>
          <w:szCs w:val="24"/>
          <w:lang w:eastAsia="ja-JP"/>
        </w:rPr>
        <w:t>月</w:t>
      </w:r>
      <w:r w:rsidR="00B95B22" w:rsidRPr="00B95B22">
        <w:rPr>
          <w:rFonts w:hint="eastAsia"/>
          <w:sz w:val="24"/>
          <w:szCs w:val="24"/>
          <w:lang w:eastAsia="ja-JP"/>
        </w:rPr>
        <w:t>30</w:t>
      </w:r>
      <w:r w:rsidR="00B95B22" w:rsidRPr="00B95B22">
        <w:rPr>
          <w:rFonts w:hint="eastAsia"/>
          <w:sz w:val="24"/>
          <w:szCs w:val="24"/>
          <w:lang w:eastAsia="ja-JP"/>
        </w:rPr>
        <w:t>日</w:t>
      </w:r>
      <w:r w:rsidR="00BD3F62">
        <w:rPr>
          <w:rFonts w:hint="eastAsia"/>
          <w:sz w:val="24"/>
          <w:szCs w:val="24"/>
          <w:lang w:eastAsia="ja-JP"/>
        </w:rPr>
        <w:t>頃</w:t>
      </w:r>
      <w:r w:rsidR="00B95B22" w:rsidRPr="00B95B22">
        <w:rPr>
          <w:rFonts w:hint="eastAsia"/>
          <w:sz w:val="24"/>
          <w:szCs w:val="24"/>
          <w:lang w:eastAsia="ja-JP"/>
        </w:rPr>
        <w:t>を目処にメール</w:t>
      </w:r>
      <w:r w:rsidR="00E811A1">
        <w:rPr>
          <w:rFonts w:hint="eastAsia"/>
          <w:sz w:val="24"/>
          <w:szCs w:val="24"/>
          <w:lang w:eastAsia="ja-JP"/>
        </w:rPr>
        <w:t>にて</w:t>
      </w:r>
      <w:r w:rsidR="00B95B22" w:rsidRPr="00B95B22">
        <w:rPr>
          <w:rFonts w:hint="eastAsia"/>
          <w:sz w:val="24"/>
          <w:szCs w:val="24"/>
          <w:lang w:eastAsia="ja-JP"/>
        </w:rPr>
        <w:t>お知らせいたします。（申込多数の場合は、抽選となりますので、予め御了承ください。）</w:t>
      </w:r>
      <w:r w:rsidR="00BD3F62">
        <w:rPr>
          <w:sz w:val="24"/>
          <w:szCs w:val="24"/>
          <w:lang w:eastAsia="ja-JP"/>
        </w:rPr>
        <w:br/>
      </w:r>
      <w:r w:rsidR="00BD3F62" w:rsidRPr="00E811A1">
        <w:rPr>
          <w:rFonts w:hint="eastAsia"/>
          <w:sz w:val="24"/>
          <w:szCs w:val="24"/>
          <w:u w:val="single"/>
          <w:lang w:eastAsia="ja-JP"/>
        </w:rPr>
        <w:t>参加決定後に「事業所</w:t>
      </w:r>
      <w:r w:rsidR="00BD3F62" w:rsidRPr="00E811A1">
        <w:rPr>
          <w:rFonts w:hint="eastAsia"/>
          <w:sz w:val="24"/>
          <w:szCs w:val="24"/>
          <w:u w:val="single"/>
          <w:lang w:eastAsia="ja-JP"/>
        </w:rPr>
        <w:t>PR</w:t>
      </w:r>
      <w:r w:rsidR="00BD3F62" w:rsidRPr="00E811A1">
        <w:rPr>
          <w:rFonts w:hint="eastAsia"/>
          <w:sz w:val="24"/>
          <w:szCs w:val="24"/>
          <w:u w:val="single"/>
          <w:lang w:eastAsia="ja-JP"/>
        </w:rPr>
        <w:t>シート」「対象求人確認</w:t>
      </w:r>
      <w:r w:rsidR="00BB1124" w:rsidRPr="00E811A1">
        <w:rPr>
          <w:rFonts w:hint="eastAsia"/>
          <w:sz w:val="24"/>
          <w:szCs w:val="24"/>
          <w:u w:val="single"/>
          <w:lang w:eastAsia="ja-JP"/>
        </w:rPr>
        <w:t>票</w:t>
      </w:r>
      <w:r w:rsidR="00BD3F62" w:rsidRPr="00E811A1">
        <w:rPr>
          <w:rFonts w:hint="eastAsia"/>
          <w:sz w:val="24"/>
          <w:szCs w:val="24"/>
          <w:u w:val="single"/>
          <w:lang w:eastAsia="ja-JP"/>
        </w:rPr>
        <w:t>」</w:t>
      </w:r>
      <w:r w:rsidR="00BB1124" w:rsidRPr="00E811A1">
        <w:rPr>
          <w:rFonts w:hint="eastAsia"/>
          <w:sz w:val="24"/>
          <w:szCs w:val="24"/>
          <w:u w:val="single"/>
          <w:lang w:eastAsia="ja-JP"/>
        </w:rPr>
        <w:t>をご提出ください。</w:t>
      </w:r>
    </w:p>
    <w:sectPr w:rsidR="00E75963" w:rsidRPr="00B95B22" w:rsidSect="00034616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06ED9" w14:textId="77777777" w:rsidR="000A3AE7" w:rsidRDefault="000A3AE7" w:rsidP="000A3AE7">
      <w:pPr>
        <w:spacing w:after="0" w:line="240" w:lineRule="auto"/>
      </w:pPr>
      <w:r>
        <w:separator/>
      </w:r>
    </w:p>
  </w:endnote>
  <w:endnote w:type="continuationSeparator" w:id="0">
    <w:p w14:paraId="2B5784F4" w14:textId="77777777" w:rsidR="000A3AE7" w:rsidRDefault="000A3AE7" w:rsidP="000A3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5E435" w14:textId="77777777" w:rsidR="000A3AE7" w:rsidRDefault="000A3AE7" w:rsidP="000A3AE7">
      <w:pPr>
        <w:spacing w:after="0" w:line="240" w:lineRule="auto"/>
      </w:pPr>
      <w:r>
        <w:separator/>
      </w:r>
    </w:p>
  </w:footnote>
  <w:footnote w:type="continuationSeparator" w:id="0">
    <w:p w14:paraId="4F6BEAF4" w14:textId="77777777" w:rsidR="000A3AE7" w:rsidRDefault="000A3AE7" w:rsidP="000A3A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98873606">
    <w:abstractNumId w:val="8"/>
  </w:num>
  <w:num w:numId="2" w16cid:durableId="185755100">
    <w:abstractNumId w:val="6"/>
  </w:num>
  <w:num w:numId="3" w16cid:durableId="1702395058">
    <w:abstractNumId w:val="5"/>
  </w:num>
  <w:num w:numId="4" w16cid:durableId="1043091252">
    <w:abstractNumId w:val="4"/>
  </w:num>
  <w:num w:numId="5" w16cid:durableId="538207460">
    <w:abstractNumId w:val="7"/>
  </w:num>
  <w:num w:numId="6" w16cid:durableId="887183415">
    <w:abstractNumId w:val="3"/>
  </w:num>
  <w:num w:numId="7" w16cid:durableId="1669988930">
    <w:abstractNumId w:val="2"/>
  </w:num>
  <w:num w:numId="8" w16cid:durableId="588201375">
    <w:abstractNumId w:val="1"/>
  </w:num>
  <w:num w:numId="9" w16cid:durableId="1214348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1AC4"/>
    <w:rsid w:val="0006063C"/>
    <w:rsid w:val="000A3AE7"/>
    <w:rsid w:val="000D3973"/>
    <w:rsid w:val="0015074B"/>
    <w:rsid w:val="001D3DE8"/>
    <w:rsid w:val="001F2302"/>
    <w:rsid w:val="0029639D"/>
    <w:rsid w:val="00303ABD"/>
    <w:rsid w:val="00326F90"/>
    <w:rsid w:val="00340BA1"/>
    <w:rsid w:val="003C74AB"/>
    <w:rsid w:val="00555B64"/>
    <w:rsid w:val="0057564C"/>
    <w:rsid w:val="006D1783"/>
    <w:rsid w:val="007175F7"/>
    <w:rsid w:val="00AA1D8D"/>
    <w:rsid w:val="00AD7DFA"/>
    <w:rsid w:val="00B47730"/>
    <w:rsid w:val="00B95B22"/>
    <w:rsid w:val="00BB1124"/>
    <w:rsid w:val="00BD2420"/>
    <w:rsid w:val="00BD3F62"/>
    <w:rsid w:val="00C5404C"/>
    <w:rsid w:val="00CB0664"/>
    <w:rsid w:val="00D10D04"/>
    <w:rsid w:val="00DF06A6"/>
    <w:rsid w:val="00E75963"/>
    <w:rsid w:val="00E811A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00ED8AC6"/>
  <w14:defaultImageDpi w14:val="300"/>
  <w15:docId w15:val="{198740CD-6A8D-4CB9-9F8C-E986645BF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">
    <w:name w:val="Hyperlink"/>
    <w:basedOn w:val="a2"/>
    <w:uiPriority w:val="99"/>
    <w:unhideWhenUsed/>
    <w:rsid w:val="00E75963"/>
    <w:rPr>
      <w:color w:val="0000FF" w:themeColor="hyperlink"/>
      <w:u w:val="single"/>
    </w:rPr>
  </w:style>
  <w:style w:type="character" w:styleId="aff0">
    <w:name w:val="Unresolved Mention"/>
    <w:basedOn w:val="a2"/>
    <w:uiPriority w:val="99"/>
    <w:semiHidden/>
    <w:unhideWhenUsed/>
    <w:rsid w:val="00E759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mailto:kusatsu-kyujin@mhlw.go.jp" TargetMode="External" Type="http://schemas.openxmlformats.org/officeDocument/2006/relationships/hyperlink"/><Relationship Id="rId9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77</Words>
  <Characters>445</Characters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521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