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center" w:tblpYSpec="center"/>
        <w:tblW w:w="11585" w:type="dxa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</w:tblBorders>
        <w:tblLook w:val="04A0" w:firstRow="1" w:lastRow="0" w:firstColumn="1" w:lastColumn="0" w:noHBand="0" w:noVBand="1"/>
      </w:tblPr>
      <w:tblGrid>
        <w:gridCol w:w="11585"/>
      </w:tblGrid>
      <w:tr w:rsidR="00AC1DB5" w14:paraId="552261E6" w14:textId="77777777" w:rsidTr="006778F0">
        <w:trPr>
          <w:trHeight w:val="12261"/>
        </w:trPr>
        <w:tc>
          <w:tcPr>
            <w:tcW w:w="11585" w:type="dxa"/>
          </w:tcPr>
          <w:p w14:paraId="64F7329A" w14:textId="6FA7D334" w:rsidR="00F16A68" w:rsidRDefault="00DF0460" w:rsidP="00F94752">
            <w:pPr>
              <w:pStyle w:val="18"/>
              <w:spacing w:beforeLines="100" w:before="240" w:after="0"/>
              <w:jc w:val="center"/>
              <w:rPr>
                <w:rFonts w:ascii="ＭＳ Ｐゴシック" w:hAnsi="ＭＳ Ｐゴシック"/>
                <w:b/>
                <w:bCs/>
                <w:color w:val="C00000"/>
                <w:sz w:val="48"/>
                <w:szCs w:val="48"/>
              </w:rPr>
            </w:pPr>
            <w:r w:rsidRPr="004423FA">
              <w:rPr>
                <w:rFonts w:ascii="ＭＳ Ｐゴシック" w:hAnsi="ＭＳ Ｐゴシック"/>
                <w:b/>
                <w:bCs/>
                <w:noProof/>
                <w:color w:val="C00000"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1" layoutInCell="1" allowOverlap="1" wp14:anchorId="04910F0A" wp14:editId="4F84DDB2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583565</wp:posOffset>
                      </wp:positionV>
                      <wp:extent cx="4064760" cy="29340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64760" cy="29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02B700" w14:textId="0ECB8A46" w:rsidR="000647EB" w:rsidRPr="00086B79" w:rsidRDefault="00B64D51" w:rsidP="008C4A2E">
                                  <w:pPr>
                                    <w:pStyle w:val="18"/>
                                    <w:spacing w:after="0"/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📢 </w:t>
                                  </w:r>
                                  <w:r>
                                    <w:rPr>
                                      <w:b/>
                                    </w:rPr>
                                    <w:t>暴言・威嚇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📞 </w:t>
                                  </w:r>
                                  <w:r>
                                    <w:rPr>
                                      <w:b/>
                                    </w:rPr>
                                    <w:t>執拗な電話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⚠️ </w:t>
                                  </w:r>
                                  <w:r>
                                    <w:rPr>
                                      <w:b/>
                                    </w:rPr>
                                    <w:t>脅迫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👊 </w:t>
                                  </w:r>
                                  <w:r>
                                    <w:rPr>
                                      <w:b/>
                                    </w:rPr>
                                    <w:t>暴力・器物損壊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910F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0;margin-top:45.95pt;width:320.05pt;height:23.1pt;z-index:251658752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" filled="f" stroked="f">
                      <v:textbox>
                        <w:txbxContent>
                          <w:p w14:paraId="5D02B700" w14:textId="0ECB8A46" w:rsidR="000647EB" w:rsidRPr="00086B79" w:rsidRDefault="00B64D51" w:rsidP="008C4A2E">
                            <w:pPr>
                              <w:pStyle w:val="18"/>
                              <w:spacing w:after="0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📢 </w:t>
                            </w:r>
                            <w:r>
                              <w:rPr>
                                <w:b/>
                              </w:rPr>
                              <w:t>暴言・威嚇</w:t>
                            </w:r>
                            <w:r>
                              <w:rPr>
                                <w:b/>
                              </w:rPr>
                              <w:t xml:space="preserve">   📞 </w:t>
                            </w:r>
                            <w:r>
                              <w:rPr>
                                <w:b/>
                              </w:rPr>
                              <w:t>執拗な電話</w:t>
                            </w:r>
                            <w:r>
                              <w:rPr>
                                <w:b/>
                              </w:rPr>
                              <w:t xml:space="preserve">   ⚠️ </w:t>
                            </w:r>
                            <w:r>
                              <w:rPr>
                                <w:b/>
                              </w:rPr>
                              <w:t>脅迫</w:t>
                            </w:r>
                            <w:r>
                              <w:rPr>
                                <w:b/>
                              </w:rPr>
                              <w:t xml:space="preserve">   👊 </w:t>
                            </w:r>
                            <w:r>
                              <w:rPr>
                                <w:b/>
                              </w:rPr>
                              <w:t>暴力・器物損壊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F16A68">
              <w:rPr>
                <w:rFonts w:ascii="ＭＳ Ｐゴシック" w:hAnsi="ＭＳ Ｐゴシック" w:hint="eastAsia"/>
                <w:b/>
                <w:bCs/>
                <w:color w:val="C00000"/>
                <w:sz w:val="48"/>
                <w:szCs w:val="48"/>
              </w:rPr>
              <w:t>カスタマーハラスメントに対する基本方針</w:t>
            </w:r>
          </w:p>
          <w:p w14:paraId="10FF5BBA" w14:textId="0198A057" w:rsidR="00653B59" w:rsidRPr="00086B79" w:rsidRDefault="00653B59" w:rsidP="00F94752">
            <w:pPr>
              <w:pStyle w:val="18"/>
              <w:spacing w:after="0" w:line="240" w:lineRule="atLeast"/>
              <w:jc w:val="center"/>
              <w:rPr>
                <w:rFonts w:ascii="ＭＳ Ｐゴシック" w:hAnsi="ＭＳ Ｐゴシック"/>
                <w:b/>
                <w:bCs/>
                <w:color w:val="FFFFFF" w:themeColor="background1"/>
                <w:sz w:val="48"/>
                <w:szCs w:val="48"/>
                <w14:textFill>
                  <w14:noFill/>
                </w14:textFill>
              </w:rPr>
            </w:pPr>
          </w:p>
          <w:p w14:paraId="74BBA6B9" w14:textId="659E30DB" w:rsidR="001B0A14" w:rsidRPr="00932DA7" w:rsidRDefault="00322081" w:rsidP="00F94752">
            <w:pPr>
              <w:pStyle w:val="2f2"/>
              <w:shd w:val="clear" w:color="auto" w:fill="C00000"/>
              <w:jc w:val="center"/>
              <w:rPr>
                <w:rFonts w:ascii="ＭＳ 明朝" w:eastAsia="ＭＳ 明朝" w:hAnsi="ＭＳ 明朝"/>
                <w:b/>
                <w:color w:val="FFFFFF"/>
                <w:sz w:val="28"/>
              </w:rPr>
            </w:pPr>
            <w:r w:rsidRPr="00932DA7">
              <w:rPr>
                <w:rFonts w:ascii="ＭＳ 明朝" w:eastAsia="ＭＳ 明朝" w:hAnsi="ＭＳ 明朝"/>
                <w:b/>
                <w:color w:val="FFFFFF"/>
                <w:sz w:val="28"/>
              </w:rPr>
              <w:t>当事業所はカスタマーハラスメント</w:t>
            </w:r>
            <w:r w:rsidRPr="00932DA7">
              <w:rPr>
                <w:rFonts w:ascii="ＭＳ 明朝" w:eastAsia="ＭＳ 明朝" w:hAnsi="ＭＳ 明朝" w:hint="eastAsia"/>
                <w:b/>
                <w:bCs/>
                <w:color w:val="FFFFFF"/>
                <w:sz w:val="28"/>
                <w:szCs w:val="28"/>
              </w:rPr>
              <w:t>から従業員を守ります</w:t>
            </w:r>
          </w:p>
          <w:p w14:paraId="3EB71D92" w14:textId="2892EDF5" w:rsidR="007F29A1" w:rsidRDefault="00997E47" w:rsidP="00F94752">
            <w:pPr>
              <w:pStyle w:val="18"/>
              <w:spacing w:after="120"/>
              <w:ind w:firstLineChars="200" w:firstLine="440"/>
            </w:pPr>
            <w:r>
              <w:rPr>
                <w:rFonts w:ascii="ＭＳ 明朝" w:eastAsia="ＭＳ 明朝" w:hAnsi="ＭＳ 明朝" w:hint="eastAsia"/>
              </w:rPr>
              <w:t xml:space="preserve">　　年　　月　　日</w:t>
            </w:r>
            <w:r w:rsidR="004B44E2">
              <w:rPr>
                <w:rFonts w:ascii="ＭＳ 明朝" w:eastAsia="ＭＳ 明朝" w:hAnsi="ＭＳ 明朝" w:hint="eastAsia"/>
              </w:rPr>
              <w:t xml:space="preserve">　</w:t>
            </w:r>
            <w:r w:rsidR="00527E99">
              <w:rPr>
                <w:rFonts w:ascii="ＭＳ 明朝" w:eastAsia="ＭＳ 明朝" w:hAnsi="ＭＳ 明朝" w:hint="eastAsia"/>
              </w:rPr>
              <w:t xml:space="preserve">   </w:t>
            </w:r>
            <w:r w:rsidR="000778A8">
              <w:rPr>
                <w:rFonts w:ascii="ＭＳ 明朝" w:eastAsia="ＭＳ 明朝" w:hAnsi="ＭＳ 明朝" w:hint="eastAsia"/>
              </w:rPr>
              <w:t xml:space="preserve">　　</w:t>
            </w:r>
            <w:r w:rsidR="007F29A1">
              <w:rPr>
                <w:rFonts w:ascii="ＭＳ 明朝" w:eastAsia="ＭＳ 明朝" w:hAnsi="ＭＳ 明朝" w:hint="eastAsia"/>
              </w:rPr>
              <w:t>事業所名（　　　　　　　）</w:t>
            </w:r>
            <w:r w:rsidR="00323B73">
              <w:rPr>
                <w:rFonts w:ascii="ＭＳ 明朝" w:eastAsia="ＭＳ 明朝" w:hAnsi="ＭＳ 明朝" w:hint="eastAsia"/>
              </w:rPr>
              <w:t xml:space="preserve"> </w:t>
            </w:r>
            <w:r w:rsidR="007F29A1">
              <w:rPr>
                <w:rFonts w:ascii="ＭＳ 明朝" w:eastAsia="ＭＳ 明朝" w:hAnsi="ＭＳ 明朝" w:hint="eastAsia"/>
              </w:rPr>
              <w:t xml:space="preserve">代表者（　　　　</w:t>
            </w:r>
            <w:r w:rsidR="00E4431A">
              <w:rPr>
                <w:rFonts w:ascii="ＭＳ 明朝" w:eastAsia="ＭＳ 明朝" w:hAnsi="ＭＳ 明朝" w:hint="eastAsia"/>
              </w:rPr>
              <w:t xml:space="preserve">　</w:t>
            </w:r>
            <w:r w:rsidR="007F29A1">
              <w:rPr>
                <w:rFonts w:ascii="ＭＳ 明朝" w:eastAsia="ＭＳ 明朝" w:hAnsi="ＭＳ 明朝" w:hint="eastAsia"/>
              </w:rPr>
              <w:t xml:space="preserve">　　</w:t>
            </w:r>
            <w:r w:rsidR="00E4431A">
              <w:rPr>
                <w:rFonts w:ascii="ＭＳ 明朝" w:eastAsia="ＭＳ 明朝" w:hAnsi="ＭＳ 明朝" w:hint="eastAsia"/>
              </w:rPr>
              <w:t xml:space="preserve">　</w:t>
            </w:r>
            <w:r w:rsidR="007F29A1">
              <w:rPr>
                <w:rFonts w:ascii="ＭＳ 明朝" w:eastAsia="ＭＳ 明朝" w:hAnsi="ＭＳ 明朝" w:hint="eastAsia"/>
              </w:rPr>
              <w:t>）</w:t>
            </w:r>
          </w:p>
          <w:p w14:paraId="35FA6BBE" w14:textId="1773F345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基本方針</w:t>
            </w:r>
          </w:p>
          <w:p w14:paraId="769878DD" w14:textId="70592777" w:rsidR="001B0A14" w:rsidRDefault="00322081" w:rsidP="00F94752">
            <w:pPr>
              <w:pStyle w:val="18"/>
              <w:spacing w:after="120"/>
              <w:ind w:firstLineChars="100" w:firstLine="220"/>
            </w:pPr>
            <w:r>
              <w:rPr>
                <w:rFonts w:ascii="ＭＳ 明朝" w:eastAsia="ＭＳ 明朝" w:hAnsi="ＭＳ 明朝" w:hint="eastAsia"/>
              </w:rPr>
              <w:t>当事業所は、お客様のご意見・ご要望に誠実に対応します。</w:t>
            </w:r>
            <w:r w:rsidR="00D86510">
              <w:rPr>
                <w:rFonts w:ascii="ＭＳ 明朝" w:eastAsia="ＭＳ 明朝" w:hAnsi="ＭＳ 明朝" w:hint="eastAsia"/>
              </w:rPr>
              <w:t>一方で</w:t>
            </w:r>
            <w:r>
              <w:rPr>
                <w:rFonts w:ascii="ＭＳ 明朝" w:eastAsia="ＭＳ 明朝" w:hAnsi="ＭＳ 明朝" w:hint="eastAsia"/>
              </w:rPr>
              <w:t>、社会通念上許容される範囲を超え、従業員の就業環境を害する言動は</w:t>
            </w:r>
            <w:r w:rsidR="00D86510">
              <w:rPr>
                <w:rFonts w:ascii="ＭＳ 明朝" w:eastAsia="ＭＳ 明朝" w:hAnsi="ＭＳ 明朝" w:hint="eastAsia"/>
              </w:rPr>
              <w:t>「</w:t>
            </w:r>
            <w:r>
              <w:rPr>
                <w:rFonts w:ascii="ＭＳ 明朝" w:eastAsia="ＭＳ 明朝" w:hAnsi="ＭＳ 明朝" w:hint="eastAsia"/>
              </w:rPr>
              <w:t>カスタマーハラスメント</w:t>
            </w:r>
            <w:r w:rsidR="00D86510">
              <w:rPr>
                <w:rFonts w:ascii="ＭＳ 明朝" w:eastAsia="ＭＳ 明朝" w:hAnsi="ＭＳ 明朝" w:hint="eastAsia"/>
              </w:rPr>
              <w:t>」</w:t>
            </w:r>
            <w:r>
              <w:rPr>
                <w:rFonts w:ascii="ＭＳ 明朝" w:eastAsia="ＭＳ 明朝" w:hAnsi="ＭＳ 明朝" w:hint="eastAsia"/>
              </w:rPr>
              <w:t>と</w:t>
            </w:r>
            <w:r w:rsidR="00D86510">
              <w:rPr>
                <w:rFonts w:ascii="ＭＳ 明朝" w:eastAsia="ＭＳ 明朝" w:hAnsi="ＭＳ 明朝" w:hint="eastAsia"/>
              </w:rPr>
              <w:t>位置づけ</w:t>
            </w:r>
            <w:r>
              <w:rPr>
                <w:rFonts w:ascii="ＭＳ 明朝" w:eastAsia="ＭＳ 明朝" w:hAnsi="ＭＳ 明朝" w:hint="eastAsia"/>
              </w:rPr>
              <w:t>、事業所として毅然と対応し、従業員を守ります。</w:t>
            </w:r>
          </w:p>
          <w:p w14:paraId="440AF698" w14:textId="3C85E04A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該当行為の例</w:t>
            </w:r>
          </w:p>
          <w:p w14:paraId="619E920B" w14:textId="73701DDE" w:rsidR="00114DA1" w:rsidRDefault="00322081" w:rsidP="00F94752">
            <w:pPr>
              <w:pStyle w:val="18"/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【内容】</w:t>
            </w:r>
            <w:r w:rsidR="00B834F8" w:rsidRPr="00B834F8">
              <w:rPr>
                <w:rFonts w:ascii="ＭＳ 明朝" w:eastAsia="ＭＳ 明朝" w:hAnsi="ＭＳ 明朝" w:hint="eastAsia"/>
              </w:rPr>
              <w:t>不当な返金・賠償の要求、契約等により想定しているサービスを著しく超える特別扱いの要求、対応が不可能な要求、性的な要求　など</w:t>
            </w:r>
          </w:p>
          <w:p w14:paraId="0419A8A0" w14:textId="51116C97" w:rsidR="007117CD" w:rsidRDefault="00322081" w:rsidP="00F94752">
            <w:pPr>
              <w:pStyle w:val="18"/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【手段・態様】暴言・威嚇、脅迫（SNS投稿をほのめかす等）、暴力・器物損壊、人格否定、土下座の強要、無断撮影、執拗な電話、長時間の居座り・拘束　など</w:t>
            </w:r>
            <w:r>
              <w:rPr>
                <w:rFonts w:ascii="ＭＳ 明朝" w:eastAsia="ＭＳ 明朝" w:hAnsi="ＭＳ 明朝" w:hint="eastAsia"/>
              </w:rPr>
              <w:br/>
              <w:t>※電話・SNS等</w:t>
            </w:r>
            <w:r w:rsidR="00430531">
              <w:rPr>
                <w:rFonts w:ascii="ＭＳ 明朝" w:eastAsia="ＭＳ 明朝" w:hAnsi="ＭＳ 明朝" w:hint="eastAsia"/>
              </w:rPr>
              <w:t>でのやり取りも対象です。</w:t>
            </w:r>
          </w:p>
          <w:p w14:paraId="26BEE4ED" w14:textId="7882D5A3" w:rsidR="001B0A14" w:rsidRDefault="005727DA" w:rsidP="00F94752">
            <w:pPr>
              <w:pStyle w:val="18"/>
              <w:spacing w:after="120"/>
            </w:pPr>
            <w:r>
              <w:rPr>
                <w:rFonts w:ascii="ＭＳ 明朝" w:eastAsia="ＭＳ 明朝" w:hAnsi="ＭＳ 明朝" w:hint="eastAsia"/>
              </w:rPr>
              <w:t>※正当なご意見や、障害のある方からの合理的配慮の</w:t>
            </w:r>
            <w:r w:rsidR="00430531">
              <w:rPr>
                <w:rFonts w:ascii="ＭＳ 明朝" w:eastAsia="ＭＳ 明朝" w:hAnsi="ＭＳ 明朝" w:hint="eastAsia"/>
              </w:rPr>
              <w:t>申し出</w:t>
            </w:r>
            <w:r>
              <w:rPr>
                <w:rFonts w:ascii="ＭＳ 明朝" w:eastAsia="ＭＳ 明朝" w:hAnsi="ＭＳ 明朝" w:hint="eastAsia"/>
              </w:rPr>
              <w:t>は</w:t>
            </w:r>
            <w:r w:rsidR="00430531">
              <w:rPr>
                <w:rFonts w:ascii="ＭＳ 明朝" w:eastAsia="ＭＳ 明朝" w:hAnsi="ＭＳ 明朝" w:hint="eastAsia"/>
              </w:rPr>
              <w:t>カスタマーハラスメントに</w:t>
            </w:r>
            <w:r>
              <w:rPr>
                <w:rFonts w:ascii="ＭＳ 明朝" w:eastAsia="ＭＳ 明朝" w:hAnsi="ＭＳ 明朝" w:hint="eastAsia"/>
              </w:rPr>
              <w:t>該当</w:t>
            </w:r>
            <w:r w:rsidR="00430531">
              <w:rPr>
                <w:rFonts w:ascii="ＭＳ 明朝" w:eastAsia="ＭＳ 明朝" w:hAnsi="ＭＳ 明朝" w:hint="eastAsia"/>
              </w:rPr>
              <w:t>しないため、通常どおり丁寧に対応してください</w:t>
            </w:r>
            <w:r>
              <w:rPr>
                <w:rFonts w:ascii="ＭＳ 明朝" w:eastAsia="ＭＳ 明朝" w:hAnsi="ＭＳ 明朝" w:hint="eastAsia"/>
              </w:rPr>
              <w:t>。</w:t>
            </w:r>
          </w:p>
          <w:p w14:paraId="574375C2" w14:textId="0D63A9E7" w:rsidR="001B0A14" w:rsidRDefault="00322081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発生時の対応手順</w:t>
            </w:r>
          </w:p>
          <w:p w14:paraId="32B3DD30" w14:textId="7560AEAE" w:rsidR="00A85EAD" w:rsidRDefault="00A85EAD" w:rsidP="00F94752">
            <w:pPr>
              <w:pStyle w:val="18"/>
              <w:spacing w:after="120"/>
            </w:pPr>
            <w:r>
              <w:rPr>
                <w:rFonts w:ascii="ＭＳ 明朝" w:eastAsia="ＭＳ 明朝" w:hAnsi="ＭＳ 明朝" w:hint="eastAsia"/>
              </w:rPr>
              <w:t xml:space="preserve">①一人で抱えず、すぐ管理者へ連絡（不在時は他の職員を呼ぶ）　</w:t>
            </w:r>
            <w:r w:rsidR="004C5F04" w:rsidRPr="004C5F04">
              <w:rPr>
                <w:rFonts w:ascii="ＭＳ 明朝" w:eastAsia="ＭＳ 明朝" w:hAnsi="ＭＳ 明朝"/>
              </w:rPr>
              <w:t>②できる限り複数人で対応　③日時・言動をその場で記録　④丁寧に説明しても要求が続く場合は、管理者の判断で対応を終了　⑤身の危険を感じたら迷わず110番</w:t>
            </w:r>
          </w:p>
          <w:p w14:paraId="5F711D05" w14:textId="5A37EB47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事業所としての対応</w:t>
            </w:r>
          </w:p>
          <w:p w14:paraId="0362C711" w14:textId="48ABC389" w:rsidR="001B0A14" w:rsidRDefault="00322081" w:rsidP="00F94752">
            <w:pPr>
              <w:pStyle w:val="18"/>
              <w:spacing w:after="120"/>
              <w:ind w:firstLineChars="100" w:firstLine="220"/>
            </w:pPr>
            <w:r>
              <w:rPr>
                <w:rFonts w:ascii="ＭＳ 明朝" w:eastAsia="ＭＳ 明朝" w:hAnsi="ＭＳ 明朝" w:hint="eastAsia"/>
              </w:rPr>
              <w:t>カスタマーハラスメント</w:t>
            </w:r>
            <w:r w:rsidR="002F0D1F">
              <w:rPr>
                <w:rFonts w:ascii="ＭＳ 明朝" w:eastAsia="ＭＳ 明朝" w:hAnsi="ＭＳ 明朝" w:hint="eastAsia"/>
              </w:rPr>
              <w:t>に該当する</w:t>
            </w:r>
            <w:r>
              <w:rPr>
                <w:rFonts w:ascii="ＭＳ 明朝" w:eastAsia="ＭＳ 明朝" w:hAnsi="ＭＳ 明朝" w:hint="eastAsia"/>
              </w:rPr>
              <w:t>と</w:t>
            </w:r>
            <w:r w:rsidR="002F0D1F">
              <w:rPr>
                <w:rFonts w:ascii="ＭＳ 明朝" w:eastAsia="ＭＳ 明朝" w:hAnsi="ＭＳ 明朝" w:hint="eastAsia"/>
              </w:rPr>
              <w:t>管理者が</w:t>
            </w:r>
            <w:r>
              <w:rPr>
                <w:rFonts w:ascii="ＭＳ 明朝" w:eastAsia="ＭＳ 明朝" w:hAnsi="ＭＳ 明朝" w:hint="eastAsia"/>
              </w:rPr>
              <w:t>判断した場合は、警告、対応・サービス提供の中止、来訪の制限を行います。悪質な場合は</w:t>
            </w:r>
            <w:r w:rsidR="002F0D1F">
              <w:rPr>
                <w:rFonts w:ascii="ＭＳ 明朝" w:eastAsia="ＭＳ 明朝" w:hAnsi="ＭＳ 明朝" w:hint="eastAsia"/>
              </w:rPr>
              <w:t>、</w:t>
            </w:r>
            <w:r>
              <w:rPr>
                <w:rFonts w:ascii="ＭＳ 明朝" w:eastAsia="ＭＳ 明朝" w:hAnsi="ＭＳ 明朝" w:hint="eastAsia"/>
              </w:rPr>
              <w:t>警察・弁護士等に相談</w:t>
            </w:r>
            <w:r w:rsidR="002F0D1F">
              <w:rPr>
                <w:rFonts w:ascii="ＭＳ 明朝" w:eastAsia="ＭＳ 明朝" w:hAnsi="ＭＳ 明朝" w:hint="eastAsia"/>
              </w:rPr>
              <w:t>のうえ</w:t>
            </w:r>
            <w:r>
              <w:rPr>
                <w:rFonts w:ascii="ＭＳ 明朝" w:eastAsia="ＭＳ 明朝" w:hAnsi="ＭＳ 明朝" w:hint="eastAsia"/>
              </w:rPr>
              <w:t>、厳正に対処します。</w:t>
            </w:r>
          </w:p>
          <w:p w14:paraId="1351FA30" w14:textId="611692E0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従業員への配慮</w:t>
            </w:r>
          </w:p>
          <w:p w14:paraId="0D670026" w14:textId="3A77ABDD" w:rsidR="00E870EF" w:rsidRPr="00E870EF" w:rsidRDefault="00E870EF" w:rsidP="00F94752">
            <w:pPr>
              <w:pStyle w:val="18"/>
              <w:spacing w:after="0"/>
              <w:ind w:firstLineChars="100" w:firstLine="220"/>
              <w:rPr>
                <w:rFonts w:ascii="ＭＳ 明朝" w:eastAsia="ＭＳ 明朝" w:hAnsi="ＭＳ 明朝"/>
              </w:rPr>
            </w:pPr>
            <w:r w:rsidRPr="00E870EF">
              <w:rPr>
                <w:rFonts w:ascii="ＭＳ 明朝" w:eastAsia="ＭＳ 明朝" w:hAnsi="ＭＳ 明朝" w:hint="eastAsia"/>
              </w:rPr>
              <w:t>被害を受けた従業員には、相談対応や心身のケア等の必要な配慮を行います。</w:t>
            </w:r>
          </w:p>
          <w:p w14:paraId="7C993A1F" w14:textId="70A603B6" w:rsidR="001B0A14" w:rsidRDefault="00E870EF" w:rsidP="00F94752">
            <w:pPr>
              <w:pStyle w:val="18"/>
              <w:spacing w:after="120"/>
              <w:ind w:firstLineChars="100" w:firstLine="220"/>
            </w:pPr>
            <w:r w:rsidRPr="00E870EF">
              <w:rPr>
                <w:rFonts w:ascii="ＭＳ 明朝" w:eastAsia="ＭＳ 明朝" w:hAnsi="ＭＳ 明朝" w:hint="eastAsia"/>
              </w:rPr>
              <w:t>事案はプライバシーに配慮して共有・検証し、再発防止に取り組みます。</w:t>
            </w:r>
          </w:p>
          <w:p w14:paraId="0092F02A" w14:textId="024F00E7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相談者</w:t>
            </w:r>
            <w:r w:rsidR="002A66B9"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等</w:t>
            </w: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の保護</w:t>
            </w:r>
          </w:p>
          <w:p w14:paraId="174C2CFC" w14:textId="50608A9F" w:rsidR="00A85EAD" w:rsidRDefault="00A85EAD" w:rsidP="00F94752">
            <w:pPr>
              <w:pStyle w:val="18"/>
              <w:spacing w:after="120"/>
              <w:ind w:firstLineChars="100" w:firstLine="220"/>
            </w:pPr>
            <w:r>
              <w:rPr>
                <w:rFonts w:ascii="ＭＳ 明朝" w:eastAsia="ＭＳ 明朝" w:hAnsi="ＭＳ 明朝" w:hint="eastAsia"/>
              </w:rPr>
              <w:t>相談者・協力者</w:t>
            </w:r>
            <w:r w:rsidR="002A66B9">
              <w:rPr>
                <w:rFonts w:ascii="ＭＳ 明朝" w:eastAsia="ＭＳ 明朝" w:hAnsi="ＭＳ 明朝" w:hint="eastAsia"/>
              </w:rPr>
              <w:t>等</w:t>
            </w:r>
            <w:r>
              <w:rPr>
                <w:rFonts w:ascii="ＭＳ 明朝" w:eastAsia="ＭＳ 明朝" w:hAnsi="ＭＳ 明朝" w:hint="eastAsia"/>
              </w:rPr>
              <w:t>のプライバシーは厳守します。相談や事実確認への協力</w:t>
            </w:r>
            <w:r w:rsidR="002A66B9">
              <w:rPr>
                <w:rFonts w:ascii="ＭＳ 明朝" w:eastAsia="ＭＳ 明朝" w:hAnsi="ＭＳ 明朝" w:hint="eastAsia"/>
              </w:rPr>
              <w:t>等</w:t>
            </w:r>
            <w:r>
              <w:rPr>
                <w:rFonts w:ascii="ＭＳ 明朝" w:eastAsia="ＭＳ 明朝" w:hAnsi="ＭＳ 明朝" w:hint="eastAsia"/>
              </w:rPr>
              <w:t>を理由に、不利益な取扱いをすることはありません。</w:t>
            </w:r>
          </w:p>
          <w:p w14:paraId="00C75EE6" w14:textId="40DDB94F" w:rsidR="00A85EAD" w:rsidRDefault="00A85EAD" w:rsidP="00F94752">
            <w:pPr>
              <w:pStyle w:val="18"/>
              <w:spacing w:after="40"/>
            </w:pPr>
            <w:r>
              <w:rPr>
                <w:rFonts w:ascii="ＭＳ Ｐゴシック" w:hAnsi="ＭＳ Ｐゴシック" w:hint="eastAsia"/>
                <w:b/>
                <w:bCs/>
                <w:color w:val="C00000"/>
                <w:sz w:val="26"/>
                <w:szCs w:val="26"/>
              </w:rPr>
              <w:t>■ 相談窓口</w:t>
            </w:r>
          </w:p>
          <w:p w14:paraId="677E73DB" w14:textId="0BCD9F59" w:rsidR="001B3FAC" w:rsidRDefault="00322081" w:rsidP="000B1A9A">
            <w:pPr>
              <w:pStyle w:val="18"/>
              <w:ind w:firstLineChars="100" w:firstLine="2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管理者（　　　　　）　TEL（　　　　　　　　）</w:t>
            </w:r>
            <w:r w:rsidR="00B90E3F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不在時の相談先（　　　　　）　TEL</w:t>
            </w:r>
            <w:r w:rsidR="00353B15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　　　　　　　）</w:t>
            </w:r>
          </w:p>
          <w:p w14:paraId="74F0CE2C" w14:textId="21F6437F" w:rsidR="006778F0" w:rsidRPr="0056625D" w:rsidRDefault="00322081" w:rsidP="006778F0">
            <w:pPr>
              <w:pStyle w:val="18"/>
              <w:spacing w:after="12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従業員が安心して働けることが、お客様への良いサービスにつながります。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br/>
            </w:r>
            <w:r w:rsidR="000B553F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困ったときは一人で抱え込まず、すぐに相談してください。</w:t>
            </w:r>
          </w:p>
        </w:tc>
      </w:tr>
    </w:tbl>
    <w:p w14:paraId="23271783" w14:textId="2DC0FCDB" w:rsidR="00307F83" w:rsidRDefault="006778F0" w:rsidP="006778F0">
      <w:pPr>
        <w:spacing w:after="120"/>
        <w:rPr>
          <w:rFonts w:hint="eastAsia"/>
          <w:lang w:eastAsia="ja-JP"/>
        </w:rPr>
      </w:pPr>
      <w:r w:rsidRPr="006778F0">
        <w:rPr>
          <w:rFonts w:ascii="ＭＳ Ｐゴシック" w:eastAsia="游明朝" w:hAnsi="ＭＳ Ｐゴシック" w:cs="Times New Roman"/>
          <w:b/>
          <w:bCs/>
          <w:noProof/>
          <w:color w:val="C00000"/>
          <w:kern w:val="2"/>
          <w:sz w:val="48"/>
          <w:szCs w:val="48"/>
          <w:lang w:eastAsia="ja-JP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B1245D" wp14:editId="611A7AA5">
                <wp:simplePos x="0" y="0"/>
                <wp:positionH relativeFrom="column">
                  <wp:posOffset>-85725</wp:posOffset>
                </wp:positionH>
                <wp:positionV relativeFrom="page">
                  <wp:posOffset>171450</wp:posOffset>
                </wp:positionV>
                <wp:extent cx="4857750" cy="330835"/>
                <wp:effectExtent l="0" t="0" r="0" b="0"/>
                <wp:wrapNone/>
                <wp:docPr id="20173949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30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27F79" w14:textId="77777777" w:rsidR="006778F0" w:rsidRDefault="006778F0" w:rsidP="006778F0">
                            <w:pPr>
                              <w:pStyle w:val="a5"/>
                              <w:rPr>
                                <w:lang w:eastAsia="ja-JP"/>
                              </w:rPr>
                            </w:pPr>
                            <w:r w:rsidRPr="006778F0">
                              <w:rPr>
                                <w:rFonts w:ascii="游ゴシック Light" w:eastAsia="游ゴシック Light" w:hAnsi="游ゴシック Light" w:hint="eastAsia"/>
                                <w:sz w:val="28"/>
                                <w:szCs w:val="28"/>
                                <w:lang w:eastAsia="ja-JP"/>
                              </w:rPr>
                              <w:t>＜カスタマーハラスメント防止措置　社内用周知資料例＞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B1245D" id="_x0000_s1027" type="#_x0000_t202" style="position:absolute;margin-left:-6.75pt;margin-top:13.5pt;width:382.5pt;height:26.0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" filled="f" stroked="f">
                <v:textbox style="mso-fit-shape-to-text:t">
                  <w:txbxContent>
                    <w:p w14:paraId="10627F79" w14:textId="77777777" w:rsidR="006778F0" w:rsidRDefault="006778F0" w:rsidP="006778F0">
                      <w:pPr>
                        <w:pStyle w:val="a5"/>
                        <w:rPr>
                          <w:lang w:eastAsia="ja-JP"/>
                        </w:rPr>
                      </w:pPr>
                      <w:r w:rsidRPr="006778F0">
                        <w:rPr>
                          <w:rFonts w:ascii="游ゴシック Light" w:eastAsia="游ゴシック Light" w:hAnsi="游ゴシック Light" w:hint="eastAsia"/>
                          <w:sz w:val="28"/>
                          <w:szCs w:val="28"/>
                          <w:lang w:eastAsia="ja-JP"/>
                        </w:rPr>
                        <w:t>＜カスタマーハラスメント防止措置　社内用周知資料例＞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307F83" w:rsidSect="008D0CDF">
      <w:footerReference w:type="default" r:id="rId8"/>
      <w:footerReference w:type="first" r:id="rId9"/>
      <w:pgSz w:w="12240" w:h="15840" w:code="1"/>
      <w:pgMar w:top="454" w:right="454" w:bottom="340" w:left="454" w:header="454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D081" w14:textId="77777777" w:rsidR="00C17283" w:rsidRDefault="00C17283" w:rsidP="004E309B">
      <w:pPr>
        <w:spacing w:after="0" w:line="240" w:lineRule="auto"/>
      </w:pPr>
      <w:r>
        <w:separator/>
      </w:r>
    </w:p>
  </w:endnote>
  <w:endnote w:type="continuationSeparator" w:id="0">
    <w:p w14:paraId="16C2BC43" w14:textId="77777777" w:rsidR="00C17283" w:rsidRDefault="00C17283" w:rsidP="004E3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A407" w14:textId="77777777" w:rsidR="008D0CDF" w:rsidRPr="00ED1BD8" w:rsidRDefault="008D0CDF" w:rsidP="00ED1BD8">
    <w:pPr>
      <w:pStyle w:val="a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B82A" w14:textId="221FD4EA" w:rsidR="000E40D9" w:rsidRDefault="000E40D9">
    <w:pPr>
      <w:pStyle w:val="a7"/>
    </w:pPr>
    <w:r>
      <w:rPr>
        <w:rFonts w:hint="eastAsia"/>
        <w:lang w:eastAsia="ja-JP"/>
      </w:rPr>
      <w:t>R8.10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8F4D" w14:textId="77777777" w:rsidR="00C17283" w:rsidRDefault="00C17283" w:rsidP="004E309B">
      <w:pPr>
        <w:spacing w:after="0" w:line="240" w:lineRule="auto"/>
      </w:pPr>
      <w:r>
        <w:separator/>
      </w:r>
    </w:p>
  </w:footnote>
  <w:footnote w:type="continuationSeparator" w:id="0">
    <w:p w14:paraId="0A35796D" w14:textId="77777777" w:rsidR="00C17283" w:rsidRDefault="00C17283" w:rsidP="004E3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3291312">
    <w:abstractNumId w:val="8"/>
  </w:num>
  <w:num w:numId="2" w16cid:durableId="469052115">
    <w:abstractNumId w:val="6"/>
  </w:num>
  <w:num w:numId="3" w16cid:durableId="1655522653">
    <w:abstractNumId w:val="5"/>
  </w:num>
  <w:num w:numId="4" w16cid:durableId="539585470">
    <w:abstractNumId w:val="4"/>
  </w:num>
  <w:num w:numId="5" w16cid:durableId="611742232">
    <w:abstractNumId w:val="7"/>
  </w:num>
  <w:num w:numId="6" w16cid:durableId="156312873">
    <w:abstractNumId w:val="3"/>
  </w:num>
  <w:num w:numId="7" w16cid:durableId="878665740">
    <w:abstractNumId w:val="2"/>
  </w:num>
  <w:num w:numId="8" w16cid:durableId="113259312">
    <w:abstractNumId w:val="1"/>
  </w:num>
  <w:num w:numId="9" w16cid:durableId="191122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DA5"/>
    <w:rsid w:val="00027342"/>
    <w:rsid w:val="00034616"/>
    <w:rsid w:val="00037E48"/>
    <w:rsid w:val="0006063C"/>
    <w:rsid w:val="000647EB"/>
    <w:rsid w:val="00070626"/>
    <w:rsid w:val="000778A8"/>
    <w:rsid w:val="00086B79"/>
    <w:rsid w:val="00097EF2"/>
    <w:rsid w:val="000A56FD"/>
    <w:rsid w:val="000B1A9A"/>
    <w:rsid w:val="000B2F67"/>
    <w:rsid w:val="000B4947"/>
    <w:rsid w:val="000B553F"/>
    <w:rsid w:val="000C0282"/>
    <w:rsid w:val="000E40D9"/>
    <w:rsid w:val="000F2720"/>
    <w:rsid w:val="00114DA1"/>
    <w:rsid w:val="001219ED"/>
    <w:rsid w:val="00132099"/>
    <w:rsid w:val="0015074B"/>
    <w:rsid w:val="00151902"/>
    <w:rsid w:val="00154C40"/>
    <w:rsid w:val="00174A69"/>
    <w:rsid w:val="001918DA"/>
    <w:rsid w:val="00191A27"/>
    <w:rsid w:val="001A2EF2"/>
    <w:rsid w:val="001B0A14"/>
    <w:rsid w:val="001B3FAC"/>
    <w:rsid w:val="001E125C"/>
    <w:rsid w:val="001E1FAA"/>
    <w:rsid w:val="001E5F77"/>
    <w:rsid w:val="001F0A3A"/>
    <w:rsid w:val="00221B63"/>
    <w:rsid w:val="00241D65"/>
    <w:rsid w:val="00273840"/>
    <w:rsid w:val="00276015"/>
    <w:rsid w:val="002832D5"/>
    <w:rsid w:val="0029639D"/>
    <w:rsid w:val="00296416"/>
    <w:rsid w:val="002A66B9"/>
    <w:rsid w:val="002C6D7A"/>
    <w:rsid w:val="002F0D1F"/>
    <w:rsid w:val="002F11BD"/>
    <w:rsid w:val="00301346"/>
    <w:rsid w:val="00301425"/>
    <w:rsid w:val="00307F83"/>
    <w:rsid w:val="00311A5E"/>
    <w:rsid w:val="00322081"/>
    <w:rsid w:val="00323B73"/>
    <w:rsid w:val="00325D81"/>
    <w:rsid w:val="00326F90"/>
    <w:rsid w:val="00353B15"/>
    <w:rsid w:val="00394D2F"/>
    <w:rsid w:val="003E1608"/>
    <w:rsid w:val="003E580E"/>
    <w:rsid w:val="003F237D"/>
    <w:rsid w:val="00430531"/>
    <w:rsid w:val="004423FA"/>
    <w:rsid w:val="004942D5"/>
    <w:rsid w:val="004B017A"/>
    <w:rsid w:val="004B44E2"/>
    <w:rsid w:val="004C5F04"/>
    <w:rsid w:val="004D5B78"/>
    <w:rsid w:val="004E309B"/>
    <w:rsid w:val="00502C02"/>
    <w:rsid w:val="00526E65"/>
    <w:rsid w:val="00527E99"/>
    <w:rsid w:val="005303CE"/>
    <w:rsid w:val="00552644"/>
    <w:rsid w:val="0056625D"/>
    <w:rsid w:val="005727DA"/>
    <w:rsid w:val="005D7A23"/>
    <w:rsid w:val="00630DAF"/>
    <w:rsid w:val="006515F6"/>
    <w:rsid w:val="00653B59"/>
    <w:rsid w:val="00677080"/>
    <w:rsid w:val="006778F0"/>
    <w:rsid w:val="00680B28"/>
    <w:rsid w:val="00681768"/>
    <w:rsid w:val="00687ADB"/>
    <w:rsid w:val="00696D73"/>
    <w:rsid w:val="006F1401"/>
    <w:rsid w:val="006F6EA1"/>
    <w:rsid w:val="006F79C3"/>
    <w:rsid w:val="007117CD"/>
    <w:rsid w:val="00742504"/>
    <w:rsid w:val="00762524"/>
    <w:rsid w:val="007720AA"/>
    <w:rsid w:val="0077384A"/>
    <w:rsid w:val="007B3C6C"/>
    <w:rsid w:val="007E1A29"/>
    <w:rsid w:val="007F29A1"/>
    <w:rsid w:val="007F651C"/>
    <w:rsid w:val="007F7BC9"/>
    <w:rsid w:val="00807FF8"/>
    <w:rsid w:val="008206CA"/>
    <w:rsid w:val="00881B1A"/>
    <w:rsid w:val="00895C6D"/>
    <w:rsid w:val="008B63BF"/>
    <w:rsid w:val="008B7F52"/>
    <w:rsid w:val="008C1709"/>
    <w:rsid w:val="008C4A2E"/>
    <w:rsid w:val="008D0CDF"/>
    <w:rsid w:val="008D4677"/>
    <w:rsid w:val="008D4D22"/>
    <w:rsid w:val="008D5297"/>
    <w:rsid w:val="008E50E2"/>
    <w:rsid w:val="008E6876"/>
    <w:rsid w:val="00915876"/>
    <w:rsid w:val="00915974"/>
    <w:rsid w:val="009320C1"/>
    <w:rsid w:val="00932DA7"/>
    <w:rsid w:val="00935E72"/>
    <w:rsid w:val="00974728"/>
    <w:rsid w:val="00982223"/>
    <w:rsid w:val="00985B4B"/>
    <w:rsid w:val="00986413"/>
    <w:rsid w:val="00997445"/>
    <w:rsid w:val="00997E47"/>
    <w:rsid w:val="009B3973"/>
    <w:rsid w:val="009B738F"/>
    <w:rsid w:val="009B76D7"/>
    <w:rsid w:val="009E1205"/>
    <w:rsid w:val="009F6519"/>
    <w:rsid w:val="00A14B24"/>
    <w:rsid w:val="00A27CA2"/>
    <w:rsid w:val="00A403BA"/>
    <w:rsid w:val="00A723A9"/>
    <w:rsid w:val="00A736A4"/>
    <w:rsid w:val="00A83792"/>
    <w:rsid w:val="00A85EAD"/>
    <w:rsid w:val="00A87765"/>
    <w:rsid w:val="00A91DD0"/>
    <w:rsid w:val="00AA1D8D"/>
    <w:rsid w:val="00AB6A6B"/>
    <w:rsid w:val="00AC1528"/>
    <w:rsid w:val="00AC1DB5"/>
    <w:rsid w:val="00AD3DA6"/>
    <w:rsid w:val="00AE2F37"/>
    <w:rsid w:val="00AF5920"/>
    <w:rsid w:val="00B07428"/>
    <w:rsid w:val="00B11222"/>
    <w:rsid w:val="00B218EF"/>
    <w:rsid w:val="00B2765C"/>
    <w:rsid w:val="00B3098A"/>
    <w:rsid w:val="00B314F3"/>
    <w:rsid w:val="00B401A4"/>
    <w:rsid w:val="00B46C2E"/>
    <w:rsid w:val="00B47723"/>
    <w:rsid w:val="00B47730"/>
    <w:rsid w:val="00B571D4"/>
    <w:rsid w:val="00B61302"/>
    <w:rsid w:val="00B64D51"/>
    <w:rsid w:val="00B834F8"/>
    <w:rsid w:val="00B8785F"/>
    <w:rsid w:val="00B90E3F"/>
    <w:rsid w:val="00BA662B"/>
    <w:rsid w:val="00BB3BBE"/>
    <w:rsid w:val="00BD1BF1"/>
    <w:rsid w:val="00BD7F24"/>
    <w:rsid w:val="00BE0F9E"/>
    <w:rsid w:val="00BE621E"/>
    <w:rsid w:val="00BF147A"/>
    <w:rsid w:val="00BF7131"/>
    <w:rsid w:val="00C01673"/>
    <w:rsid w:val="00C04DA4"/>
    <w:rsid w:val="00C13CAB"/>
    <w:rsid w:val="00C1606A"/>
    <w:rsid w:val="00C16D1B"/>
    <w:rsid w:val="00C17283"/>
    <w:rsid w:val="00C33C7B"/>
    <w:rsid w:val="00C37270"/>
    <w:rsid w:val="00C4608C"/>
    <w:rsid w:val="00C51B3B"/>
    <w:rsid w:val="00C906FC"/>
    <w:rsid w:val="00C95C8A"/>
    <w:rsid w:val="00CA7C78"/>
    <w:rsid w:val="00CB0664"/>
    <w:rsid w:val="00CB1534"/>
    <w:rsid w:val="00D67F07"/>
    <w:rsid w:val="00D73358"/>
    <w:rsid w:val="00D86510"/>
    <w:rsid w:val="00D87751"/>
    <w:rsid w:val="00DA0A4D"/>
    <w:rsid w:val="00DA3C99"/>
    <w:rsid w:val="00DB724D"/>
    <w:rsid w:val="00DF0460"/>
    <w:rsid w:val="00E0505F"/>
    <w:rsid w:val="00E11AB9"/>
    <w:rsid w:val="00E2285E"/>
    <w:rsid w:val="00E22AF6"/>
    <w:rsid w:val="00E35C1A"/>
    <w:rsid w:val="00E4431A"/>
    <w:rsid w:val="00E75917"/>
    <w:rsid w:val="00E84F41"/>
    <w:rsid w:val="00E870EF"/>
    <w:rsid w:val="00EA2772"/>
    <w:rsid w:val="00EA2D41"/>
    <w:rsid w:val="00ED1BD8"/>
    <w:rsid w:val="00F1187C"/>
    <w:rsid w:val="00F16A68"/>
    <w:rsid w:val="00F24123"/>
    <w:rsid w:val="00F27FFB"/>
    <w:rsid w:val="00F333C8"/>
    <w:rsid w:val="00F40F95"/>
    <w:rsid w:val="00F457D3"/>
    <w:rsid w:val="00F641CF"/>
    <w:rsid w:val="00F67CFB"/>
    <w:rsid w:val="00F90AC7"/>
    <w:rsid w:val="00F94752"/>
    <w:rsid w:val="00FA5EB6"/>
    <w:rsid w:val="00FB6810"/>
    <w:rsid w:val="00FC3749"/>
    <w:rsid w:val="00FC54F6"/>
    <w:rsid w:val="00FC693F"/>
    <w:rsid w:val="00FD7E94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30"/>
  <w15:docId w15:val="{DDEC5E98-DD4C-4DEC-A05E-CD388C17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8">
    <w:name w:val="標準1"/>
    <w:basedOn w:val="a1"/>
    <w:rPr>
      <w:rFonts w:ascii="Cambria" w:eastAsia="ＭＳ Ｐゴシック" w:hAnsi="Cambria" w:cs="ＭＳ Ｐゴシック"/>
      <w:kern w:val="2"/>
      <w:lang w:eastAsia="ja-JP"/>
      <w14:ligatures w14:val="standardContextual"/>
    </w:rPr>
  </w:style>
  <w:style w:type="paragraph" w:customStyle="1" w:styleId="2f2">
    <w:name w:val="標準2"/>
    <w:basedOn w:val="a1"/>
    <w:rPr>
      <w:rFonts w:ascii="Cambria" w:eastAsia="ＭＳ Ｐゴシック" w:hAnsi="Cambria" w:cs="ＭＳ Ｐゴシック"/>
      <w:kern w:val="2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793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