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304" w:type="dxa"/>
        <w:tblLayout w:type="fixed"/>
        <w:tblLook w:val="04A0" w:firstRow="1" w:lastRow="0" w:firstColumn="1" w:lastColumn="0" w:noHBand="0" w:noVBand="1"/>
      </w:tblPr>
      <w:tblGrid>
        <w:gridCol w:w="10207"/>
      </w:tblGrid>
      <w:tr w:rsidR="00FA6EAA" w14:paraId="1E781EBE" w14:textId="77777777" w:rsidTr="009908EF">
        <w:tc>
          <w:tcPr>
            <w:tcW w:w="10207" w:type="dxa"/>
            <w:tcBorders>
              <w:top w:val="single" w:sz="16" w:space="0" w:color="315B75"/>
              <w:left w:val="single" w:sz="16" w:space="0" w:color="315B75"/>
              <w:bottom w:val="single" w:sz="16" w:space="0" w:color="315B75"/>
              <w:right w:val="single" w:sz="16" w:space="0" w:color="315B75"/>
            </w:tcBorders>
            <w:tcMar>
              <w:top w:w="180" w:type="dxa"/>
              <w:left w:w="220" w:type="dxa"/>
              <w:bottom w:w="160" w:type="dxa"/>
              <w:right w:w="220" w:type="dxa"/>
            </w:tcMar>
          </w:tcPr>
          <w:p w14:paraId="11D1E8CA" w14:textId="5D06D197" w:rsidR="00FA6EAA" w:rsidRDefault="00331896">
            <w:pPr>
              <w:spacing w:after="240"/>
              <w:jc w:val="right"/>
              <w:rPr>
                <w:lang w:eastAsia="ja-JP"/>
              </w:rPr>
            </w:pPr>
            <w:r>
              <w:rPr>
                <w:rFonts w:hint="eastAsia"/>
                <w:lang w:eastAsia="ja-JP"/>
              </w:rPr>
              <w:t>〇</w:t>
            </w:r>
            <w:r w:rsidR="00AD6D27">
              <w:rPr>
                <w:lang w:eastAsia="ja-JP"/>
              </w:rPr>
              <w:t>年○月○日</w:t>
            </w:r>
          </w:p>
          <w:p w14:paraId="3CDC3C10" w14:textId="77777777" w:rsidR="00FA6EAA" w:rsidRDefault="00AD6D27">
            <w:pPr>
              <w:spacing w:after="280" w:line="240" w:lineRule="auto"/>
              <w:jc w:val="center"/>
              <w:rPr>
                <w:lang w:eastAsia="ja-JP"/>
              </w:rPr>
            </w:pPr>
            <w:r>
              <w:rPr>
                <w:b/>
                <w:sz w:val="24"/>
                <w:lang w:eastAsia="ja-JP"/>
              </w:rPr>
              <w:t>求職活動等を行う皆さまへ</w:t>
            </w:r>
          </w:p>
          <w:p w14:paraId="67F911DE" w14:textId="77777777" w:rsidR="00FA6EAA" w:rsidRPr="00BD4EE2" w:rsidRDefault="00AD6D27">
            <w:pPr>
              <w:spacing w:after="360" w:line="240" w:lineRule="auto"/>
              <w:jc w:val="right"/>
              <w:rPr>
                <w:sz w:val="20"/>
                <w:szCs w:val="20"/>
              </w:rPr>
            </w:pPr>
            <w:proofErr w:type="spellStart"/>
            <w:r w:rsidRPr="00BD4EE2">
              <w:rPr>
                <w:sz w:val="20"/>
                <w:szCs w:val="20"/>
              </w:rPr>
              <w:t>株式会社〇〇〇</w:t>
            </w:r>
            <w:proofErr w:type="spellEnd"/>
            <w:r w:rsidRPr="00BD4EE2">
              <w:rPr>
                <w:sz w:val="20"/>
                <w:szCs w:val="20"/>
              </w:rPr>
              <w:t xml:space="preserve">　</w:t>
            </w:r>
            <w:proofErr w:type="spellStart"/>
            <w:r w:rsidRPr="00BD4EE2">
              <w:rPr>
                <w:sz w:val="20"/>
                <w:szCs w:val="20"/>
              </w:rPr>
              <w:t>代表取締役社長〇〇〇</w:t>
            </w:r>
            <w:proofErr w:type="spellEnd"/>
          </w:p>
          <w:p w14:paraId="592F6C9B" w14:textId="0B63A17A" w:rsidR="00FA6EAA" w:rsidRPr="00BD4EE2" w:rsidRDefault="0006451E">
            <w:pPr>
              <w:spacing w:after="60" w:line="240" w:lineRule="auto"/>
              <w:rPr>
                <w:sz w:val="20"/>
                <w:szCs w:val="20"/>
                <w:lang w:eastAsia="ja-JP"/>
              </w:rPr>
            </w:pPr>
            <w:r w:rsidRPr="00BD4EE2">
              <w:rPr>
                <w:rFonts w:hint="eastAsia"/>
                <w:sz w:val="20"/>
                <w:szCs w:val="20"/>
                <w:lang w:eastAsia="ja-JP"/>
              </w:rPr>
              <w:t xml:space="preserve">　</w:t>
            </w:r>
            <w:r w:rsidR="00AD6D27" w:rsidRPr="00BD4EE2">
              <w:rPr>
                <w:sz w:val="20"/>
                <w:szCs w:val="20"/>
                <w:lang w:eastAsia="ja-JP"/>
              </w:rPr>
              <w:t>当社では、採用活動の過程において生じ得る、求職者等に対するセクシュアルハラスメント等（※）の防止に取り組んでいます。</w:t>
            </w:r>
          </w:p>
          <w:p w14:paraId="0B6652EC" w14:textId="0F7FE799" w:rsidR="00FA6EAA" w:rsidRPr="00BD4EE2" w:rsidRDefault="00403777">
            <w:pPr>
              <w:spacing w:after="60" w:line="240" w:lineRule="auto"/>
              <w:rPr>
                <w:sz w:val="20"/>
                <w:szCs w:val="20"/>
                <w:lang w:eastAsia="ja-JP"/>
              </w:rPr>
            </w:pPr>
            <w:r w:rsidRPr="00BD4EE2">
              <w:rPr>
                <w:rFonts w:hint="eastAsia"/>
                <w:sz w:val="20"/>
                <w:szCs w:val="20"/>
                <w:lang w:eastAsia="ja-JP"/>
              </w:rPr>
              <w:t xml:space="preserve">　</w:t>
            </w:r>
            <w:r w:rsidR="00AD6D27" w:rsidRPr="00BD4EE2">
              <w:rPr>
                <w:sz w:val="20"/>
                <w:szCs w:val="20"/>
                <w:lang w:eastAsia="ja-JP"/>
              </w:rPr>
              <w:t>求職者等の皆さまが安心して面談・選考に臨むことができるよう、以下のとおりルールを定めています。</w:t>
            </w:r>
          </w:p>
          <w:p w14:paraId="6F87EEB0" w14:textId="215F7559" w:rsidR="00FA6EAA" w:rsidRPr="00BD4EE2" w:rsidRDefault="00AD6D27">
            <w:pPr>
              <w:spacing w:after="160" w:line="240" w:lineRule="auto"/>
              <w:rPr>
                <w:sz w:val="20"/>
                <w:szCs w:val="20"/>
                <w:lang w:eastAsia="ja-JP"/>
              </w:rPr>
            </w:pPr>
            <w:r w:rsidRPr="00BD4EE2">
              <w:rPr>
                <w:sz w:val="20"/>
                <w:szCs w:val="20"/>
                <w:lang w:eastAsia="ja-JP"/>
              </w:rPr>
              <w:t>（※）パワーハラスメントに類する行為、カスタマーハラスメントに類する行為、妊娠、出産等に関するハラスメントに類する行為及び育児休業等に関するハラスメントに類する行為を含む</w:t>
            </w:r>
          </w:p>
          <w:p w14:paraId="4CDCD6AA" w14:textId="77777777" w:rsidR="00FA6EAA" w:rsidRPr="00BD4EE2" w:rsidRDefault="00AD6D27">
            <w:pPr>
              <w:spacing w:after="60" w:line="240" w:lineRule="auto"/>
              <w:rPr>
                <w:sz w:val="20"/>
                <w:szCs w:val="20"/>
                <w:lang w:eastAsia="ja-JP"/>
              </w:rPr>
            </w:pPr>
            <w:r w:rsidRPr="00BD4EE2">
              <w:rPr>
                <w:b/>
                <w:sz w:val="20"/>
                <w:szCs w:val="20"/>
                <w:lang w:eastAsia="ja-JP"/>
              </w:rPr>
              <w:t>【求職活動等における当社のルール】</w:t>
            </w:r>
          </w:p>
          <w:p w14:paraId="4F2413FE" w14:textId="38E49952" w:rsidR="00FA6EAA" w:rsidRPr="00BD4EE2" w:rsidRDefault="00403777">
            <w:pPr>
              <w:spacing w:after="180" w:line="240" w:lineRule="auto"/>
              <w:rPr>
                <w:sz w:val="20"/>
                <w:szCs w:val="20"/>
                <w:lang w:eastAsia="ja-JP"/>
              </w:rPr>
            </w:pPr>
            <w:r w:rsidRPr="00BD4EE2">
              <w:rPr>
                <w:rFonts w:hint="eastAsia"/>
                <w:sz w:val="20"/>
                <w:szCs w:val="20"/>
                <w:lang w:eastAsia="ja-JP"/>
              </w:rPr>
              <w:t xml:space="preserve">　</w:t>
            </w:r>
            <w:r w:rsidR="00AD6D27" w:rsidRPr="00BD4EE2">
              <w:rPr>
                <w:sz w:val="20"/>
                <w:szCs w:val="20"/>
                <w:lang w:eastAsia="ja-JP"/>
              </w:rPr>
              <w:t>1．当社では、ハラスメント行為の防止について、従業員に対する周知・啓発を継続的に行っています。</w:t>
            </w:r>
          </w:p>
          <w:p w14:paraId="361FE81E" w14:textId="34DAB63B" w:rsidR="00FA6EAA" w:rsidRPr="00BD4EE2" w:rsidRDefault="00403777">
            <w:pPr>
              <w:spacing w:after="40" w:line="240" w:lineRule="auto"/>
              <w:rPr>
                <w:sz w:val="20"/>
                <w:szCs w:val="20"/>
                <w:lang w:eastAsia="ja-JP"/>
              </w:rPr>
            </w:pPr>
            <w:r w:rsidRPr="00BD4EE2">
              <w:rPr>
                <w:rFonts w:hint="eastAsia"/>
                <w:sz w:val="20"/>
                <w:szCs w:val="20"/>
                <w:lang w:eastAsia="ja-JP"/>
              </w:rPr>
              <w:t xml:space="preserve">　</w:t>
            </w:r>
            <w:r w:rsidR="00AD6D27" w:rsidRPr="00BD4EE2">
              <w:rPr>
                <w:sz w:val="20"/>
                <w:szCs w:val="20"/>
                <w:lang w:eastAsia="ja-JP"/>
              </w:rPr>
              <w:t>2．面談・面接、OB・OG訪問に関するルール</w:t>
            </w:r>
          </w:p>
          <w:p w14:paraId="01188F82" w14:textId="458DCE4C" w:rsidR="00FA6EAA" w:rsidRPr="00BD4EE2" w:rsidRDefault="00AD6D27">
            <w:pPr>
              <w:spacing w:after="40" w:line="240" w:lineRule="auto"/>
              <w:rPr>
                <w:sz w:val="20"/>
                <w:szCs w:val="20"/>
                <w:lang w:eastAsia="ja-JP"/>
              </w:rPr>
            </w:pPr>
            <w:r w:rsidRPr="00BD4EE2">
              <w:rPr>
                <w:sz w:val="20"/>
                <w:szCs w:val="20"/>
                <w:lang w:eastAsia="ja-JP"/>
              </w:rPr>
              <w:t xml:space="preserve">　</w:t>
            </w:r>
            <w:r w:rsidR="00403777" w:rsidRPr="00BD4EE2">
              <w:rPr>
                <w:rFonts w:hint="eastAsia"/>
                <w:sz w:val="20"/>
                <w:szCs w:val="20"/>
                <w:lang w:eastAsia="ja-JP"/>
              </w:rPr>
              <w:t xml:space="preserve">　</w:t>
            </w:r>
            <w:r w:rsidRPr="00BD4EE2">
              <w:rPr>
                <w:sz w:val="20"/>
                <w:szCs w:val="20"/>
                <w:lang w:eastAsia="ja-JP"/>
              </w:rPr>
              <w:t>面談・面接の時間：○○：○○ ～ ○○：○○</w:t>
            </w:r>
          </w:p>
          <w:p w14:paraId="26462214" w14:textId="6C3023C8" w:rsidR="00FA6EAA" w:rsidRPr="00BD4EE2" w:rsidRDefault="00AD6D27">
            <w:pPr>
              <w:spacing w:after="40" w:line="240" w:lineRule="auto"/>
              <w:rPr>
                <w:sz w:val="20"/>
                <w:szCs w:val="20"/>
                <w:lang w:eastAsia="ja-JP"/>
              </w:rPr>
            </w:pPr>
            <w:r w:rsidRPr="00BD4EE2">
              <w:rPr>
                <w:sz w:val="20"/>
                <w:szCs w:val="20"/>
                <w:lang w:eastAsia="ja-JP"/>
              </w:rPr>
              <w:t xml:space="preserve">　</w:t>
            </w:r>
            <w:r w:rsidR="00403777" w:rsidRPr="00BD4EE2">
              <w:rPr>
                <w:rFonts w:hint="eastAsia"/>
                <w:sz w:val="20"/>
                <w:szCs w:val="20"/>
                <w:lang w:eastAsia="ja-JP"/>
              </w:rPr>
              <w:t xml:space="preserve">　</w:t>
            </w:r>
            <w:r w:rsidRPr="00BD4EE2">
              <w:rPr>
                <w:sz w:val="20"/>
                <w:szCs w:val="20"/>
                <w:lang w:eastAsia="ja-JP"/>
              </w:rPr>
              <w:t>場所：本社会議室、社内打ち合わせスペース、執務スペース等、会社が指定した場所（注1）</w:t>
            </w:r>
          </w:p>
          <w:p w14:paraId="6B96276A" w14:textId="4C2C803D" w:rsidR="00FA6EAA" w:rsidRPr="00BD4EE2" w:rsidRDefault="00AD6D27" w:rsidP="00AE740E">
            <w:pPr>
              <w:spacing w:after="40" w:line="240" w:lineRule="auto"/>
              <w:ind w:left="1380" w:hangingChars="690" w:hanging="1380"/>
              <w:jc w:val="both"/>
              <w:rPr>
                <w:sz w:val="20"/>
                <w:szCs w:val="20"/>
                <w:lang w:eastAsia="ja-JP"/>
              </w:rPr>
            </w:pPr>
            <w:r w:rsidRPr="00BD4EE2">
              <w:rPr>
                <w:sz w:val="20"/>
                <w:szCs w:val="20"/>
                <w:lang w:eastAsia="ja-JP"/>
              </w:rPr>
              <w:t xml:space="preserve">　</w:t>
            </w:r>
            <w:r w:rsidR="00403777" w:rsidRPr="00BD4EE2">
              <w:rPr>
                <w:rFonts w:hint="eastAsia"/>
                <w:sz w:val="20"/>
                <w:szCs w:val="20"/>
                <w:lang w:eastAsia="ja-JP"/>
              </w:rPr>
              <w:t xml:space="preserve">　</w:t>
            </w:r>
            <w:r w:rsidRPr="00BD4EE2">
              <w:rPr>
                <w:sz w:val="20"/>
                <w:szCs w:val="20"/>
                <w:lang w:eastAsia="ja-JP"/>
              </w:rPr>
              <w:t>実施体制：複数人で実施する、第三者の目が届く環境（オープンスペース等）で実施するなど、会社が認めた体制で行い</w:t>
            </w:r>
            <w:r w:rsidR="0001476A" w:rsidRPr="00BD4EE2">
              <w:rPr>
                <w:rFonts w:hint="eastAsia"/>
                <w:sz w:val="20"/>
                <w:szCs w:val="20"/>
                <w:lang w:eastAsia="ja-JP"/>
              </w:rPr>
              <w:t>ます。</w:t>
            </w:r>
            <w:r w:rsidR="00AE740E" w:rsidRPr="00BD4EE2">
              <w:rPr>
                <w:rFonts w:hint="eastAsia"/>
                <w:sz w:val="20"/>
                <w:szCs w:val="20"/>
                <w:lang w:eastAsia="ja-JP"/>
              </w:rPr>
              <w:t>なお、会議室など閉じられた</w:t>
            </w:r>
            <w:r w:rsidR="0056153C" w:rsidRPr="00BD4EE2">
              <w:rPr>
                <w:rFonts w:hint="eastAsia"/>
                <w:sz w:val="20"/>
                <w:szCs w:val="20"/>
                <w:lang w:eastAsia="ja-JP"/>
              </w:rPr>
              <w:t>空間で行う際は必ず複数人で実施します。</w:t>
            </w:r>
            <w:r w:rsidR="00403777" w:rsidRPr="00BD4EE2">
              <w:rPr>
                <w:rFonts w:hint="eastAsia"/>
                <w:sz w:val="20"/>
                <w:szCs w:val="20"/>
                <w:lang w:eastAsia="ja-JP"/>
              </w:rPr>
              <w:t xml:space="preserve">　　　　　　　　　　　　　　　　　　　　　　　　　　　　　　　　　　　　　　　　　　　　　　　　　　　　　　　　　　　　　</w:t>
            </w:r>
          </w:p>
          <w:p w14:paraId="7A730427" w14:textId="77777777" w:rsidR="00FA6EAA" w:rsidRPr="00BD4EE2" w:rsidRDefault="00AD6D27" w:rsidP="0056153C">
            <w:pPr>
              <w:spacing w:after="40" w:line="240" w:lineRule="auto"/>
              <w:ind w:leftChars="100" w:left="180"/>
              <w:rPr>
                <w:sz w:val="20"/>
                <w:szCs w:val="20"/>
                <w:lang w:eastAsia="ja-JP"/>
              </w:rPr>
            </w:pPr>
            <w:r w:rsidRPr="00BD4EE2">
              <w:rPr>
                <w:sz w:val="20"/>
                <w:szCs w:val="20"/>
                <w:lang w:eastAsia="ja-JP"/>
              </w:rPr>
              <w:t xml:space="preserve">　連絡手段：やり取りはEmailのみを使用します。</w:t>
            </w:r>
          </w:p>
          <w:p w14:paraId="29735151" w14:textId="77777777" w:rsidR="00FA6EAA" w:rsidRPr="00BD4EE2" w:rsidRDefault="00AD6D27" w:rsidP="0056153C">
            <w:pPr>
              <w:spacing w:after="240" w:line="240" w:lineRule="auto"/>
              <w:ind w:leftChars="100" w:left="180"/>
              <w:rPr>
                <w:sz w:val="20"/>
                <w:szCs w:val="20"/>
                <w:lang w:eastAsia="ja-JP"/>
              </w:rPr>
            </w:pPr>
            <w:r w:rsidRPr="00BD4EE2">
              <w:rPr>
                <w:sz w:val="20"/>
                <w:szCs w:val="20"/>
                <w:lang w:eastAsia="ja-JP"/>
              </w:rPr>
              <w:t xml:space="preserve">　　　　　（従業員は会社のメールアドレスを使用します）</w:t>
            </w:r>
          </w:p>
          <w:p w14:paraId="480361B9" w14:textId="77777777" w:rsidR="00FA6EAA" w:rsidRPr="00BD4EE2" w:rsidRDefault="00AD6D27">
            <w:pPr>
              <w:spacing w:after="60" w:line="240" w:lineRule="auto"/>
              <w:rPr>
                <w:sz w:val="20"/>
                <w:szCs w:val="20"/>
                <w:lang w:eastAsia="ja-JP"/>
              </w:rPr>
            </w:pPr>
            <w:r w:rsidRPr="00BD4EE2">
              <w:rPr>
                <w:b/>
                <w:sz w:val="20"/>
                <w:szCs w:val="20"/>
                <w:lang w:eastAsia="ja-JP"/>
              </w:rPr>
              <w:t>【相談窓口について】</w:t>
            </w:r>
          </w:p>
          <w:p w14:paraId="44C8D31E" w14:textId="77777777" w:rsidR="00FA6EAA" w:rsidRPr="00BD4EE2" w:rsidRDefault="00AD6D27" w:rsidP="002A6005">
            <w:pPr>
              <w:spacing w:after="40" w:line="240" w:lineRule="auto"/>
              <w:ind w:firstLineChars="100" w:firstLine="200"/>
              <w:rPr>
                <w:sz w:val="20"/>
                <w:szCs w:val="20"/>
                <w:lang w:eastAsia="ja-JP"/>
              </w:rPr>
            </w:pPr>
            <w:r w:rsidRPr="00BD4EE2">
              <w:rPr>
                <w:sz w:val="20"/>
                <w:szCs w:val="20"/>
                <w:lang w:eastAsia="ja-JP"/>
              </w:rPr>
              <w:t>当社の採用活動において、万が一、従業員から性的な言動等を受けた場合には、以下の相談窓口までご連絡ください。</w:t>
            </w:r>
          </w:p>
          <w:p w14:paraId="675808BA" w14:textId="77777777" w:rsidR="00FA6EAA" w:rsidRPr="00BD4EE2" w:rsidRDefault="00AD6D27" w:rsidP="00D807D0">
            <w:pPr>
              <w:spacing w:after="40" w:line="240" w:lineRule="auto"/>
              <w:ind w:firstLineChars="100" w:firstLine="200"/>
              <w:rPr>
                <w:sz w:val="20"/>
                <w:szCs w:val="20"/>
                <w:lang w:eastAsia="ja-JP"/>
              </w:rPr>
            </w:pPr>
            <w:r w:rsidRPr="00BD4EE2">
              <w:rPr>
                <w:sz w:val="20"/>
                <w:szCs w:val="20"/>
                <w:lang w:eastAsia="ja-JP"/>
              </w:rPr>
              <w:t>ハラスメントに該当するかの判断が難しい場合も含め、幅広くご相談を受け付け、適切に対応します。ご相談にあたっては、相談者のみならず、関係者のプライバシーにも十分配慮し、公平に対応します。</w:t>
            </w:r>
          </w:p>
          <w:p w14:paraId="3753B7D0" w14:textId="77777777" w:rsidR="00FA6EAA" w:rsidRPr="00BD4EE2" w:rsidRDefault="00AD6D27" w:rsidP="00A91ED5">
            <w:pPr>
              <w:spacing w:after="60" w:line="240" w:lineRule="auto"/>
              <w:ind w:leftChars="-10" w:left="-18" w:firstLineChars="110" w:firstLine="220"/>
              <w:rPr>
                <w:sz w:val="20"/>
                <w:szCs w:val="20"/>
                <w:lang w:eastAsia="ja-JP"/>
              </w:rPr>
            </w:pPr>
            <w:r w:rsidRPr="00BD4EE2">
              <w:rPr>
                <w:sz w:val="20"/>
                <w:szCs w:val="20"/>
                <w:lang w:eastAsia="ja-JP"/>
              </w:rPr>
              <w:t>また、相談を行ったことや、事実確認に協力したことなどが、採用選考の判断に影響を与えることはありませんので、安心してご相談ください。</w:t>
            </w:r>
          </w:p>
          <w:p w14:paraId="21BF8426" w14:textId="77777777" w:rsidR="00FA6EAA" w:rsidRPr="00BD4EE2" w:rsidRDefault="00AD6D27">
            <w:pPr>
              <w:spacing w:after="40" w:line="240" w:lineRule="auto"/>
              <w:rPr>
                <w:sz w:val="20"/>
                <w:szCs w:val="20"/>
                <w:lang w:eastAsia="ja-JP"/>
              </w:rPr>
            </w:pPr>
            <w:r w:rsidRPr="00BD4EE2">
              <w:rPr>
                <w:b/>
                <w:sz w:val="20"/>
                <w:szCs w:val="20"/>
                <w:lang w:eastAsia="ja-JP"/>
              </w:rPr>
              <w:t>相談窓口（注2）</w:t>
            </w:r>
          </w:p>
          <w:p w14:paraId="4B3D7AA0" w14:textId="77777777" w:rsidR="00FA6EAA" w:rsidRPr="00BD4EE2" w:rsidRDefault="00AD6D27" w:rsidP="00A91ED5">
            <w:pPr>
              <w:spacing w:after="20" w:line="240" w:lineRule="auto"/>
              <w:rPr>
                <w:sz w:val="20"/>
                <w:szCs w:val="20"/>
                <w:lang w:eastAsia="ja-JP"/>
              </w:rPr>
            </w:pPr>
            <w:r w:rsidRPr="00BD4EE2">
              <w:rPr>
                <w:sz w:val="20"/>
                <w:szCs w:val="20"/>
                <w:lang w:eastAsia="ja-JP"/>
              </w:rPr>
              <w:t>・人事部　〇〇〇</w:t>
            </w:r>
          </w:p>
          <w:p w14:paraId="10961748" w14:textId="77777777" w:rsidR="00FA6EAA" w:rsidRPr="00BD4EE2" w:rsidRDefault="00AD6D27">
            <w:pPr>
              <w:spacing w:after="40" w:line="240" w:lineRule="auto"/>
              <w:rPr>
                <w:sz w:val="20"/>
                <w:szCs w:val="20"/>
                <w:lang w:eastAsia="ja-JP"/>
              </w:rPr>
            </w:pPr>
            <w:r w:rsidRPr="00BD4EE2">
              <w:rPr>
                <w:sz w:val="20"/>
                <w:szCs w:val="20"/>
                <w:lang w:eastAsia="ja-JP"/>
              </w:rPr>
              <w:t xml:space="preserve">　（電話番号〇〇〇－〇〇〇－〇〇〇〇、メールアドレス〇〇〇）【女性】</w:t>
            </w:r>
          </w:p>
          <w:p w14:paraId="6907DFBF" w14:textId="77777777" w:rsidR="00FA6EAA" w:rsidRPr="00BD4EE2" w:rsidRDefault="00AD6D27">
            <w:pPr>
              <w:spacing w:after="20" w:line="240" w:lineRule="auto"/>
              <w:rPr>
                <w:sz w:val="20"/>
                <w:szCs w:val="20"/>
                <w:lang w:eastAsia="ja-JP"/>
              </w:rPr>
            </w:pPr>
            <w:r w:rsidRPr="00BD4EE2">
              <w:rPr>
                <w:sz w:val="20"/>
                <w:szCs w:val="20"/>
                <w:lang w:eastAsia="ja-JP"/>
              </w:rPr>
              <w:t>・人事部　〇〇〇</w:t>
            </w:r>
          </w:p>
          <w:p w14:paraId="6E1FA43C" w14:textId="77777777" w:rsidR="00FA6EAA" w:rsidRPr="00BD4EE2" w:rsidRDefault="00AD6D27">
            <w:pPr>
              <w:spacing w:after="40" w:line="240" w:lineRule="auto"/>
              <w:rPr>
                <w:sz w:val="20"/>
                <w:szCs w:val="20"/>
                <w:lang w:eastAsia="ja-JP"/>
              </w:rPr>
            </w:pPr>
            <w:r w:rsidRPr="00BD4EE2">
              <w:rPr>
                <w:sz w:val="20"/>
                <w:szCs w:val="20"/>
                <w:lang w:eastAsia="ja-JP"/>
              </w:rPr>
              <w:t xml:space="preserve">　（電話番号〇〇〇－〇〇〇－〇〇〇〇、メールアドレス〇〇〇）【男性】</w:t>
            </w:r>
          </w:p>
          <w:p w14:paraId="4EEC89AE" w14:textId="77777777" w:rsidR="00FA6EAA" w:rsidRPr="00BD4EE2" w:rsidRDefault="00AD6D27">
            <w:pPr>
              <w:spacing w:after="20" w:line="240" w:lineRule="auto"/>
              <w:rPr>
                <w:sz w:val="20"/>
                <w:szCs w:val="20"/>
                <w:lang w:eastAsia="ja-JP"/>
              </w:rPr>
            </w:pPr>
            <w:r w:rsidRPr="00BD4EE2">
              <w:rPr>
                <w:sz w:val="20"/>
                <w:szCs w:val="20"/>
                <w:lang w:eastAsia="ja-JP"/>
              </w:rPr>
              <w:t>・コンプライアンス室　〇〇〇</w:t>
            </w:r>
          </w:p>
          <w:p w14:paraId="636ACA06" w14:textId="77777777" w:rsidR="00FA6EAA" w:rsidRPr="00BD4EE2" w:rsidRDefault="00AD6D27">
            <w:pPr>
              <w:spacing w:after="40" w:line="240" w:lineRule="auto"/>
              <w:rPr>
                <w:sz w:val="20"/>
                <w:szCs w:val="20"/>
                <w:lang w:eastAsia="ja-JP"/>
              </w:rPr>
            </w:pPr>
            <w:r w:rsidRPr="00BD4EE2">
              <w:rPr>
                <w:sz w:val="20"/>
                <w:szCs w:val="20"/>
                <w:lang w:eastAsia="ja-JP"/>
              </w:rPr>
              <w:t xml:space="preserve">　（電話番号〇〇〇－〇〇〇－〇〇〇〇、メールアドレス〇〇〇）【女性】</w:t>
            </w:r>
          </w:p>
          <w:p w14:paraId="12D54503" w14:textId="77777777" w:rsidR="00FA6EAA" w:rsidRPr="00BD4EE2" w:rsidRDefault="00AD6D27">
            <w:pPr>
              <w:spacing w:after="20" w:line="240" w:lineRule="auto"/>
              <w:rPr>
                <w:sz w:val="20"/>
                <w:szCs w:val="20"/>
                <w:lang w:eastAsia="ja-JP"/>
              </w:rPr>
            </w:pPr>
            <w:r w:rsidRPr="00BD4EE2">
              <w:rPr>
                <w:sz w:val="20"/>
                <w:szCs w:val="20"/>
                <w:lang w:eastAsia="ja-JP"/>
              </w:rPr>
              <w:t>・コンプライアンス室　〇〇〇</w:t>
            </w:r>
          </w:p>
          <w:p w14:paraId="1AC54F18" w14:textId="77777777" w:rsidR="00FA6EAA" w:rsidRDefault="00AD6D27">
            <w:pPr>
              <w:spacing w:after="0" w:line="240" w:lineRule="auto"/>
              <w:rPr>
                <w:lang w:eastAsia="ja-JP"/>
              </w:rPr>
            </w:pPr>
            <w:r w:rsidRPr="00BD4EE2">
              <w:rPr>
                <w:sz w:val="20"/>
                <w:szCs w:val="20"/>
                <w:lang w:eastAsia="ja-JP"/>
              </w:rPr>
              <w:t xml:space="preserve">　（電話番号〇〇〇－〇〇〇－〇〇〇〇、メールアドレス〇〇〇）【男性】</w:t>
            </w:r>
          </w:p>
        </w:tc>
      </w:tr>
    </w:tbl>
    <w:p w14:paraId="01401C65" w14:textId="77777777" w:rsidR="00FA6EAA" w:rsidRDefault="00AD6D27">
      <w:pPr>
        <w:spacing w:before="100" w:after="0" w:line="240" w:lineRule="auto"/>
        <w:rPr>
          <w:lang w:eastAsia="ja-JP"/>
        </w:rPr>
      </w:pPr>
      <w:r>
        <w:rPr>
          <w:sz w:val="16"/>
          <w:lang w:eastAsia="ja-JP"/>
        </w:rPr>
        <w:t>注1）オンラインやカフェ等のオープンスペースでの開催も考えられます。</w:t>
      </w:r>
    </w:p>
    <w:p w14:paraId="138DF91B" w14:textId="77777777" w:rsidR="00FA6EAA" w:rsidRDefault="00AD6D27">
      <w:pPr>
        <w:spacing w:after="0" w:line="240" w:lineRule="auto"/>
        <w:rPr>
          <w:lang w:eastAsia="ja-JP"/>
        </w:rPr>
      </w:pPr>
      <w:r>
        <w:rPr>
          <w:sz w:val="16"/>
          <w:lang w:eastAsia="ja-JP"/>
        </w:rPr>
        <w:t>注2）求職者等は人事担当者への相談をためらうことも想定されることから、相談窓口の担当者として人事担当者以外の者を指定することも考えられます。</w:t>
      </w:r>
    </w:p>
    <w:sectPr w:rsidR="00FA6EAA" w:rsidSect="00DD3584">
      <w:pgSz w:w="11906" w:h="16838" w:code="9"/>
      <w:pgMar w:top="936" w:right="1080" w:bottom="79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86014621">
    <w:abstractNumId w:val="8"/>
  </w:num>
  <w:num w:numId="2" w16cid:durableId="1345787251">
    <w:abstractNumId w:val="6"/>
  </w:num>
  <w:num w:numId="3" w16cid:durableId="1473981365">
    <w:abstractNumId w:val="5"/>
  </w:num>
  <w:num w:numId="4" w16cid:durableId="1925335698">
    <w:abstractNumId w:val="4"/>
  </w:num>
  <w:num w:numId="5" w16cid:durableId="1111390783">
    <w:abstractNumId w:val="7"/>
  </w:num>
  <w:num w:numId="6" w16cid:durableId="609430611">
    <w:abstractNumId w:val="3"/>
  </w:num>
  <w:num w:numId="7" w16cid:durableId="552157375">
    <w:abstractNumId w:val="2"/>
  </w:num>
  <w:num w:numId="8" w16cid:durableId="459148478">
    <w:abstractNumId w:val="1"/>
  </w:num>
  <w:num w:numId="9" w16cid:durableId="982387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76A"/>
    <w:rsid w:val="00034616"/>
    <w:rsid w:val="0004676D"/>
    <w:rsid w:val="0006063C"/>
    <w:rsid w:val="0006451E"/>
    <w:rsid w:val="00141ACF"/>
    <w:rsid w:val="0015074B"/>
    <w:rsid w:val="00173122"/>
    <w:rsid w:val="001A3D0D"/>
    <w:rsid w:val="002354B8"/>
    <w:rsid w:val="0029639D"/>
    <w:rsid w:val="002A6005"/>
    <w:rsid w:val="00326F90"/>
    <w:rsid w:val="00331896"/>
    <w:rsid w:val="00363283"/>
    <w:rsid w:val="00403777"/>
    <w:rsid w:val="005205D4"/>
    <w:rsid w:val="0056153C"/>
    <w:rsid w:val="005B1AB6"/>
    <w:rsid w:val="00622FB8"/>
    <w:rsid w:val="006D3949"/>
    <w:rsid w:val="00752A4E"/>
    <w:rsid w:val="00775077"/>
    <w:rsid w:val="007C2DB8"/>
    <w:rsid w:val="008821BF"/>
    <w:rsid w:val="008A4FCD"/>
    <w:rsid w:val="0091080B"/>
    <w:rsid w:val="009908EF"/>
    <w:rsid w:val="00A91ED5"/>
    <w:rsid w:val="00AA1D8D"/>
    <w:rsid w:val="00AD6D27"/>
    <w:rsid w:val="00AE740E"/>
    <w:rsid w:val="00B47730"/>
    <w:rsid w:val="00BD4EE2"/>
    <w:rsid w:val="00BF6BD7"/>
    <w:rsid w:val="00CB0664"/>
    <w:rsid w:val="00D807D0"/>
    <w:rsid w:val="00DD3584"/>
    <w:rsid w:val="00F1349E"/>
    <w:rsid w:val="00FA6E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69BD3204"/>
  <w14:defaultImageDpi w14:val="300"/>
  <w15:docId w15:val="{37D37050-229A-4EF0-BCA6-16DBD58B0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Yu Gothic" w:eastAsia="Yu Gothic" w:hAnsi="Yu Gothic"/>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ntTable.xml" Type="http://schemas.openxmlformats.org/officeDocument/2006/relationships/fontTabl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8a618e-3026-40d3-9937-7fec771b73aa">
      <Terms xmlns="http://schemas.microsoft.com/office/infopath/2007/PartnerControls"/>
    </lcf76f155ced4ddcb4097134ff3c332f>
    <TaxCatchAll xmlns="c8886e6d-ca38-4783-ac23-8bd097117a79" xsi:nil="true"/>
    <Owner xmlns="828a618e-3026-40d3-9937-7fec771b73aa">
      <UserInfo>
        <DisplayName/>
        <AccountId xsi:nil="true"/>
        <AccountType/>
      </UserInfo>
    </Own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6C6E4EDC3908F44B3E100046BFA48D1" ma:contentTypeVersion="14" ma:contentTypeDescription="新しいドキュメントを作成します。" ma:contentTypeScope="" ma:versionID="6d90c7cf4a6c83bfa5182eebe92146eb">
  <xsd:schema xmlns:xsd="http://www.w3.org/2001/XMLSchema" xmlns:xs="http://www.w3.org/2001/XMLSchema" xmlns:p="http://schemas.microsoft.com/office/2006/metadata/properties" xmlns:ns2="828a618e-3026-40d3-9937-7fec771b73aa" xmlns:ns3="c8886e6d-ca38-4783-ac23-8bd097117a79" targetNamespace="http://schemas.microsoft.com/office/2006/metadata/properties" ma:root="true" ma:fieldsID="9535bbe4d4eba261f5f18d313e7f70d0" ns2:_="" ns3:_="">
    <xsd:import namespace="828a618e-3026-40d3-9937-7fec771b73aa"/>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a618e-3026-40d3-9937-7fec771b73a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8a83fda-d216-41dd-93ee-40c5e860c983}"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76DFB7-2B33-4747-8000-DADD7120A303}">
  <ds:schemaRefs>
    <ds:schemaRef ds:uri="http://schemas.microsoft.com/office/2006/metadata/properties"/>
    <ds:schemaRef ds:uri="http://schemas.microsoft.com/office/infopath/2007/PartnerControls"/>
    <ds:schemaRef ds:uri="828a618e-3026-40d3-9937-7fec771b73aa"/>
    <ds:schemaRef ds:uri="c8886e6d-ca38-4783-ac23-8bd097117a79"/>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76FADEB7-A699-46B0-BF08-A2B1C7F34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a618e-3026-40d3-9937-7fec771b73aa"/>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35FEA1-DA2C-45D5-B69B-3ADAEEA5D5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168</Words>
  <Characters>962</Characters>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1128</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0x01010006C6E4EDC3908F44B3E100046BFA48D1</vt:lpwstr>
  </property>
  <property fmtid="{D5CDD505-2E9C-101B-9397-08002B2CF9AE}" pid="3" name="MediaServiceImageTags">
    <vt:lpwstr/>
  </property>
</Properties>
</file>