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3C37" w14:textId="77777777" w:rsidR="0038577A" w:rsidRDefault="00000000">
      <w:pPr>
        <w:jc w:val="center"/>
        <w:rPr>
          <w:lang w:eastAsia="ja-JP"/>
        </w:rPr>
      </w:pPr>
      <w:r>
        <w:rPr>
          <w:b/>
          <w:color w:val="005CA9"/>
          <w:sz w:val="52"/>
          <w:lang w:eastAsia="ja-JP"/>
        </w:rPr>
        <w:t>求職活動等を行う皆さまへ</w:t>
      </w:r>
    </w:p>
    <w:p w14:paraId="1C1BDBA8" w14:textId="77777777" w:rsidR="0038577A" w:rsidRPr="00DE4034" w:rsidRDefault="00000000">
      <w:pPr>
        <w:jc w:val="center"/>
        <w:rPr>
          <w:sz w:val="24"/>
          <w:szCs w:val="24"/>
          <w:lang w:eastAsia="ja-JP"/>
        </w:rPr>
      </w:pPr>
      <w:r w:rsidRPr="00DE4034">
        <w:rPr>
          <w:i/>
          <w:sz w:val="24"/>
          <w:szCs w:val="24"/>
          <w:lang w:eastAsia="ja-JP"/>
        </w:rPr>
        <w:t>安心して面談・選考に臨んでいただくために</w:t>
      </w:r>
    </w:p>
    <w:p w14:paraId="73C66F0E" w14:textId="3661E070" w:rsidR="0038577A" w:rsidRPr="00DE4034" w:rsidRDefault="00000000" w:rsidP="00207560">
      <w:pPr>
        <w:shd w:val="clear" w:color="auto" w:fill="DCEEFF"/>
        <w:ind w:firstLineChars="100" w:firstLine="241"/>
        <w:rPr>
          <w:sz w:val="24"/>
          <w:szCs w:val="24"/>
          <w:lang w:eastAsia="ja-JP"/>
        </w:rPr>
      </w:pPr>
      <w:r w:rsidRPr="00DE4034">
        <w:rPr>
          <w:b/>
          <w:sz w:val="24"/>
          <w:szCs w:val="24"/>
          <w:lang w:eastAsia="ja-JP"/>
        </w:rPr>
        <w:t>当社では、採用活動の過程において生じ得る、求職者等に対するセクシュアルハラスメント等の防止に取り組んでいます。</w:t>
      </w:r>
      <w:r w:rsidRPr="00DE4034">
        <w:rPr>
          <w:b/>
          <w:sz w:val="24"/>
          <w:szCs w:val="24"/>
          <w:lang w:eastAsia="ja-JP"/>
        </w:rPr>
        <w:br/>
      </w:r>
      <w:r w:rsidR="00207560" w:rsidRPr="00DE4034">
        <w:rPr>
          <w:rFonts w:hint="eastAsia"/>
          <w:b/>
          <w:sz w:val="24"/>
          <w:szCs w:val="24"/>
          <w:lang w:eastAsia="ja-JP"/>
        </w:rPr>
        <w:t xml:space="preserve">　</w:t>
      </w:r>
      <w:r w:rsidRPr="00DE4034">
        <w:rPr>
          <w:b/>
          <w:sz w:val="24"/>
          <w:szCs w:val="24"/>
          <w:lang w:eastAsia="ja-JP"/>
        </w:rPr>
        <w:t>求職者等の皆さまが安心して面談・選考に臨むことができるよう、以下のとおりルールを定めています。</w:t>
      </w:r>
    </w:p>
    <w:p w14:paraId="1E9F60AD" w14:textId="77777777" w:rsidR="0038577A" w:rsidRPr="00DE4034" w:rsidRDefault="00000000">
      <w:pPr>
        <w:shd w:val="clear" w:color="auto" w:fill="0B5CAD"/>
        <w:rPr>
          <w:sz w:val="24"/>
          <w:szCs w:val="24"/>
          <w:lang w:eastAsia="ja-JP"/>
        </w:rPr>
      </w:pPr>
      <w:r w:rsidRPr="00DE4034">
        <w:rPr>
          <w:b/>
          <w:color w:val="FFFFFF"/>
          <w:sz w:val="24"/>
          <w:szCs w:val="24"/>
          <w:lang w:eastAsia="ja-JP"/>
        </w:rPr>
        <w:t>【求職活動等における当社のルール】</w:t>
      </w:r>
    </w:p>
    <w:p w14:paraId="634C9899" w14:textId="3DAB2A88" w:rsidR="0038577A" w:rsidRPr="00DE4034" w:rsidRDefault="00000000" w:rsidP="00F15978">
      <w:pPr>
        <w:ind w:left="480" w:hangingChars="200" w:hanging="480"/>
        <w:rPr>
          <w:sz w:val="24"/>
          <w:szCs w:val="24"/>
          <w:lang w:eastAsia="ja-JP"/>
        </w:rPr>
      </w:pPr>
      <w:r w:rsidRPr="00DE4034">
        <w:rPr>
          <w:sz w:val="24"/>
          <w:szCs w:val="24"/>
          <w:lang w:eastAsia="ja-JP"/>
        </w:rPr>
        <w:t>１．当社では、ハラスメント行為の防止について、従業員に対する周知・啓発を継続的に行っています。</w:t>
      </w:r>
    </w:p>
    <w:p w14:paraId="0C8717ED" w14:textId="77777777" w:rsidR="0038577A" w:rsidRPr="00DE4034" w:rsidRDefault="00000000">
      <w:pPr>
        <w:rPr>
          <w:sz w:val="24"/>
          <w:szCs w:val="24"/>
          <w:lang w:eastAsia="ja-JP"/>
        </w:rPr>
      </w:pPr>
      <w:r w:rsidRPr="00DE4034">
        <w:rPr>
          <w:sz w:val="24"/>
          <w:szCs w:val="24"/>
          <w:lang w:eastAsia="ja-JP"/>
        </w:rPr>
        <w:t>２．面談・面接、</w:t>
      </w:r>
      <w:r w:rsidRPr="00DE4034">
        <w:rPr>
          <w:sz w:val="24"/>
          <w:szCs w:val="24"/>
          <w:lang w:eastAsia="ja-JP"/>
        </w:rPr>
        <w:t>OB</w:t>
      </w:r>
      <w:r w:rsidRPr="00DE4034">
        <w:rPr>
          <w:sz w:val="24"/>
          <w:szCs w:val="24"/>
          <w:lang w:eastAsia="ja-JP"/>
        </w:rPr>
        <w:t>・</w:t>
      </w:r>
      <w:r w:rsidRPr="00DE4034">
        <w:rPr>
          <w:sz w:val="24"/>
          <w:szCs w:val="24"/>
          <w:lang w:eastAsia="ja-JP"/>
        </w:rPr>
        <w:t>OG</w:t>
      </w:r>
      <w:r w:rsidRPr="00DE4034">
        <w:rPr>
          <w:sz w:val="24"/>
          <w:szCs w:val="24"/>
          <w:lang w:eastAsia="ja-JP"/>
        </w:rPr>
        <w:t>訪問に関するルール</w:t>
      </w:r>
    </w:p>
    <w:tbl>
      <w:tblPr>
        <w:tblStyle w:val="afe"/>
        <w:tblW w:w="0" w:type="auto"/>
        <w:tblInd w:w="534" w:type="dxa"/>
        <w:tblLook w:val="04A0" w:firstRow="1" w:lastRow="0" w:firstColumn="1" w:lastColumn="0" w:noHBand="0" w:noVBand="1"/>
      </w:tblPr>
      <w:tblGrid>
        <w:gridCol w:w="2693"/>
        <w:gridCol w:w="7425"/>
      </w:tblGrid>
      <w:tr w:rsidR="0038577A" w:rsidRPr="00DE4034" w14:paraId="58DB0B03" w14:textId="77777777" w:rsidTr="00207560">
        <w:tc>
          <w:tcPr>
            <w:tcW w:w="2693" w:type="dxa"/>
          </w:tcPr>
          <w:p w14:paraId="35AD999E" w14:textId="77777777" w:rsidR="0038577A" w:rsidRPr="00DE4034" w:rsidRDefault="00000000">
            <w:pPr>
              <w:rPr>
                <w:sz w:val="24"/>
                <w:szCs w:val="24"/>
              </w:rPr>
            </w:pPr>
            <w:r w:rsidRPr="00DE4034">
              <w:rPr>
                <w:sz w:val="24"/>
                <w:szCs w:val="24"/>
              </w:rPr>
              <w:t xml:space="preserve">■ </w:t>
            </w:r>
            <w:proofErr w:type="spellStart"/>
            <w:r w:rsidRPr="00DE4034">
              <w:rPr>
                <w:sz w:val="24"/>
                <w:szCs w:val="24"/>
              </w:rPr>
              <w:t>面談・面接の時間</w:t>
            </w:r>
            <w:proofErr w:type="spellEnd"/>
          </w:p>
        </w:tc>
        <w:tc>
          <w:tcPr>
            <w:tcW w:w="7425" w:type="dxa"/>
          </w:tcPr>
          <w:p w14:paraId="5FEB16EA" w14:textId="77777777" w:rsidR="0038577A" w:rsidRPr="00DE4034" w:rsidRDefault="00000000">
            <w:pPr>
              <w:rPr>
                <w:sz w:val="24"/>
                <w:szCs w:val="24"/>
              </w:rPr>
            </w:pPr>
            <w:r w:rsidRPr="00DE4034">
              <w:rPr>
                <w:sz w:val="24"/>
                <w:szCs w:val="24"/>
              </w:rPr>
              <w:t>○○</w:t>
            </w:r>
            <w:r w:rsidRPr="00DE4034">
              <w:rPr>
                <w:sz w:val="24"/>
                <w:szCs w:val="24"/>
              </w:rPr>
              <w:t>：</w:t>
            </w:r>
            <w:r w:rsidRPr="00DE4034">
              <w:rPr>
                <w:sz w:val="24"/>
                <w:szCs w:val="24"/>
              </w:rPr>
              <w:t>○○</w:t>
            </w:r>
            <w:r w:rsidRPr="00DE4034">
              <w:rPr>
                <w:sz w:val="24"/>
                <w:szCs w:val="24"/>
              </w:rPr>
              <w:t>～</w:t>
            </w:r>
            <w:r w:rsidRPr="00DE4034">
              <w:rPr>
                <w:sz w:val="24"/>
                <w:szCs w:val="24"/>
              </w:rPr>
              <w:t xml:space="preserve"> ○○</w:t>
            </w:r>
            <w:r w:rsidRPr="00DE4034">
              <w:rPr>
                <w:sz w:val="24"/>
                <w:szCs w:val="24"/>
              </w:rPr>
              <w:t>：</w:t>
            </w:r>
            <w:r w:rsidRPr="00DE4034">
              <w:rPr>
                <w:sz w:val="24"/>
                <w:szCs w:val="24"/>
              </w:rPr>
              <w:t>○○</w:t>
            </w:r>
          </w:p>
        </w:tc>
      </w:tr>
      <w:tr w:rsidR="0038577A" w:rsidRPr="00DE4034" w14:paraId="0F272C4E" w14:textId="77777777" w:rsidTr="00207560">
        <w:tc>
          <w:tcPr>
            <w:tcW w:w="2693" w:type="dxa"/>
          </w:tcPr>
          <w:p w14:paraId="66426387" w14:textId="77777777" w:rsidR="0038577A" w:rsidRPr="00DE4034" w:rsidRDefault="00000000">
            <w:pPr>
              <w:rPr>
                <w:sz w:val="24"/>
                <w:szCs w:val="24"/>
              </w:rPr>
            </w:pPr>
            <w:r w:rsidRPr="00DE4034">
              <w:rPr>
                <w:sz w:val="24"/>
                <w:szCs w:val="24"/>
              </w:rPr>
              <w:t xml:space="preserve">■ </w:t>
            </w:r>
            <w:r w:rsidRPr="00DE4034">
              <w:rPr>
                <w:sz w:val="24"/>
                <w:szCs w:val="24"/>
              </w:rPr>
              <w:t>場所</w:t>
            </w:r>
          </w:p>
        </w:tc>
        <w:tc>
          <w:tcPr>
            <w:tcW w:w="7425" w:type="dxa"/>
          </w:tcPr>
          <w:p w14:paraId="1BF13266" w14:textId="77777777" w:rsidR="0038577A" w:rsidRPr="00DE4034" w:rsidRDefault="00000000">
            <w:pPr>
              <w:rPr>
                <w:sz w:val="24"/>
                <w:szCs w:val="24"/>
                <w:lang w:eastAsia="ja-JP"/>
              </w:rPr>
            </w:pPr>
            <w:r w:rsidRPr="00DE4034">
              <w:rPr>
                <w:sz w:val="24"/>
                <w:szCs w:val="24"/>
                <w:lang w:eastAsia="ja-JP"/>
              </w:rPr>
              <w:t>本社会議室、社内打ち合わせスペース、執務スペース等、会社が指定した場所</w:t>
            </w:r>
          </w:p>
        </w:tc>
      </w:tr>
      <w:tr w:rsidR="0038577A" w:rsidRPr="00DE4034" w14:paraId="58175C05" w14:textId="77777777" w:rsidTr="00207560">
        <w:tc>
          <w:tcPr>
            <w:tcW w:w="2693" w:type="dxa"/>
          </w:tcPr>
          <w:p w14:paraId="6CDB571E" w14:textId="77777777" w:rsidR="0038577A" w:rsidRPr="00DE4034" w:rsidRDefault="00000000">
            <w:pPr>
              <w:rPr>
                <w:sz w:val="24"/>
                <w:szCs w:val="24"/>
              </w:rPr>
            </w:pPr>
            <w:r w:rsidRPr="00DE4034">
              <w:rPr>
                <w:sz w:val="24"/>
                <w:szCs w:val="24"/>
              </w:rPr>
              <w:t xml:space="preserve">■ </w:t>
            </w:r>
            <w:proofErr w:type="spellStart"/>
            <w:r w:rsidRPr="00DE4034">
              <w:rPr>
                <w:sz w:val="24"/>
                <w:szCs w:val="24"/>
              </w:rPr>
              <w:t>実施体制</w:t>
            </w:r>
            <w:proofErr w:type="spellEnd"/>
          </w:p>
        </w:tc>
        <w:tc>
          <w:tcPr>
            <w:tcW w:w="7425" w:type="dxa"/>
          </w:tcPr>
          <w:p w14:paraId="35AA0F3D" w14:textId="77777777" w:rsidR="0038577A" w:rsidRPr="00DE4034" w:rsidRDefault="00000000">
            <w:pPr>
              <w:rPr>
                <w:sz w:val="24"/>
                <w:szCs w:val="24"/>
                <w:lang w:eastAsia="ja-JP"/>
              </w:rPr>
            </w:pPr>
            <w:r w:rsidRPr="00DE4034">
              <w:rPr>
                <w:sz w:val="24"/>
                <w:szCs w:val="24"/>
                <w:lang w:eastAsia="ja-JP"/>
              </w:rPr>
              <w:t>複数人で実施する、第三者の目が届く環境（オープンスペース等）で実施するなど、会社が認めた体制で行います。なお、会議室など閉じられた空間で行う際は必ず複数人で実施します。</w:t>
            </w:r>
          </w:p>
        </w:tc>
      </w:tr>
      <w:tr w:rsidR="0038577A" w:rsidRPr="00DE4034" w14:paraId="6672B7D3" w14:textId="77777777" w:rsidTr="00207560">
        <w:tc>
          <w:tcPr>
            <w:tcW w:w="2693" w:type="dxa"/>
          </w:tcPr>
          <w:p w14:paraId="133202E3" w14:textId="77777777" w:rsidR="0038577A" w:rsidRPr="00DE4034" w:rsidRDefault="00000000">
            <w:pPr>
              <w:rPr>
                <w:sz w:val="24"/>
                <w:szCs w:val="24"/>
              </w:rPr>
            </w:pPr>
            <w:r w:rsidRPr="00DE4034">
              <w:rPr>
                <w:sz w:val="24"/>
                <w:szCs w:val="24"/>
              </w:rPr>
              <w:t xml:space="preserve">■ </w:t>
            </w:r>
            <w:proofErr w:type="spellStart"/>
            <w:r w:rsidRPr="00DE4034">
              <w:rPr>
                <w:sz w:val="24"/>
                <w:szCs w:val="24"/>
              </w:rPr>
              <w:t>連絡手段</w:t>
            </w:r>
            <w:proofErr w:type="spellEnd"/>
          </w:p>
        </w:tc>
        <w:tc>
          <w:tcPr>
            <w:tcW w:w="7425" w:type="dxa"/>
          </w:tcPr>
          <w:p w14:paraId="00A5747E" w14:textId="77777777" w:rsidR="0038577A" w:rsidRPr="00DE4034" w:rsidRDefault="00000000">
            <w:pPr>
              <w:rPr>
                <w:sz w:val="24"/>
                <w:szCs w:val="24"/>
                <w:lang w:eastAsia="ja-JP"/>
              </w:rPr>
            </w:pPr>
            <w:r w:rsidRPr="00DE4034">
              <w:rPr>
                <w:sz w:val="24"/>
                <w:szCs w:val="24"/>
                <w:lang w:eastAsia="ja-JP"/>
              </w:rPr>
              <w:t>やり取りには</w:t>
            </w:r>
            <w:r w:rsidRPr="00DE4034">
              <w:rPr>
                <w:sz w:val="24"/>
                <w:szCs w:val="24"/>
                <w:lang w:eastAsia="ja-JP"/>
              </w:rPr>
              <w:t>Email</w:t>
            </w:r>
            <w:r w:rsidRPr="00DE4034">
              <w:rPr>
                <w:sz w:val="24"/>
                <w:szCs w:val="24"/>
                <w:lang w:eastAsia="ja-JP"/>
              </w:rPr>
              <w:t>のみを使用します（従業員は会社のメールアドレスを使用します）</w:t>
            </w:r>
          </w:p>
        </w:tc>
      </w:tr>
    </w:tbl>
    <w:p w14:paraId="5A030061" w14:textId="77777777" w:rsidR="0038577A" w:rsidRPr="00DE4034" w:rsidRDefault="00000000">
      <w:pPr>
        <w:shd w:val="clear" w:color="auto" w:fill="0B5CAD"/>
        <w:rPr>
          <w:sz w:val="24"/>
          <w:szCs w:val="24"/>
          <w:lang w:eastAsia="ja-JP"/>
        </w:rPr>
      </w:pPr>
      <w:r w:rsidRPr="00DE4034">
        <w:rPr>
          <w:b/>
          <w:color w:val="FFFFFF"/>
          <w:sz w:val="24"/>
          <w:szCs w:val="24"/>
          <w:lang w:eastAsia="ja-JP"/>
        </w:rPr>
        <w:t>【相談窓口について】</w:t>
      </w:r>
    </w:p>
    <w:p w14:paraId="40326FAA" w14:textId="02489965" w:rsidR="0038577A" w:rsidRPr="00DE4034" w:rsidRDefault="00000000" w:rsidP="00207560">
      <w:pPr>
        <w:ind w:firstLineChars="100" w:firstLine="240"/>
        <w:rPr>
          <w:sz w:val="24"/>
          <w:szCs w:val="24"/>
          <w:lang w:eastAsia="ja-JP"/>
        </w:rPr>
      </w:pPr>
      <w:r w:rsidRPr="00DE4034">
        <w:rPr>
          <w:sz w:val="24"/>
          <w:szCs w:val="24"/>
          <w:lang w:eastAsia="ja-JP"/>
        </w:rPr>
        <w:t>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69F2B235" w14:textId="77777777" w:rsidR="0038577A" w:rsidRPr="00DE4034" w:rsidRDefault="00000000" w:rsidP="00207560">
      <w:pPr>
        <w:ind w:firstLineChars="100" w:firstLine="240"/>
        <w:rPr>
          <w:sz w:val="24"/>
          <w:szCs w:val="24"/>
          <w:lang w:eastAsia="ja-JP"/>
        </w:rPr>
      </w:pPr>
      <w:r w:rsidRPr="00DE4034">
        <w:rPr>
          <w:sz w:val="24"/>
          <w:szCs w:val="24"/>
          <w:lang w:eastAsia="ja-JP"/>
        </w:rPr>
        <w:t>また、相談を行ったことや、事実確認に協力したことなどが、採用選考の判断に影響を与えることはありませんので、安心してご相談ください。</w:t>
      </w:r>
    </w:p>
    <w:p w14:paraId="1EAB9936" w14:textId="2AB1BBFB" w:rsidR="0038577A" w:rsidRPr="00DE4034" w:rsidRDefault="00000000">
      <w:pPr>
        <w:shd w:val="clear" w:color="auto" w:fill="FFF2CC"/>
        <w:rPr>
          <w:sz w:val="24"/>
          <w:szCs w:val="24"/>
          <w:lang w:eastAsia="ja-JP"/>
        </w:rPr>
      </w:pPr>
      <w:r w:rsidRPr="00DE4034">
        <w:rPr>
          <w:b/>
          <w:sz w:val="24"/>
          <w:szCs w:val="24"/>
          <w:lang w:eastAsia="ja-JP"/>
        </w:rPr>
        <w:t>相談窓口</w:t>
      </w:r>
      <w:r w:rsidRPr="00DE4034">
        <w:rPr>
          <w:sz w:val="24"/>
          <w:szCs w:val="24"/>
          <w:lang w:eastAsia="ja-JP"/>
        </w:rPr>
        <w:br/>
      </w:r>
      <w:r w:rsidRPr="00DE4034">
        <w:rPr>
          <w:sz w:val="24"/>
          <w:szCs w:val="24"/>
          <w:lang w:eastAsia="ja-JP"/>
        </w:rPr>
        <w:t>・人事部</w:t>
      </w:r>
      <w:r w:rsidRPr="00DE4034">
        <w:rPr>
          <w:sz w:val="24"/>
          <w:szCs w:val="24"/>
          <w:lang w:eastAsia="ja-JP"/>
        </w:rPr>
        <w:t xml:space="preserve"> ○○○</w:t>
      </w:r>
      <w:r w:rsidR="00DE4034" w:rsidRPr="00DE4034">
        <w:rPr>
          <w:sz w:val="24"/>
          <w:szCs w:val="24"/>
          <w:lang w:eastAsia="ja-JP"/>
        </w:rPr>
        <w:t>【女性】</w:t>
      </w:r>
      <w:r w:rsidRPr="00DE4034">
        <w:rPr>
          <w:sz w:val="24"/>
          <w:szCs w:val="24"/>
          <w:lang w:eastAsia="ja-JP"/>
        </w:rPr>
        <w:t>（電話番号</w:t>
      </w:r>
      <w:r w:rsidRPr="00DE4034">
        <w:rPr>
          <w:sz w:val="24"/>
          <w:szCs w:val="24"/>
          <w:lang w:eastAsia="ja-JP"/>
        </w:rPr>
        <w:t>○○○</w:t>
      </w:r>
      <w:r w:rsidR="00207560" w:rsidRPr="00DE4034">
        <w:rPr>
          <w:rFonts w:hint="eastAsia"/>
          <w:sz w:val="24"/>
          <w:szCs w:val="24"/>
          <w:lang w:eastAsia="ja-JP"/>
        </w:rPr>
        <w:t>-</w:t>
      </w:r>
      <w:r w:rsidRPr="00DE4034">
        <w:rPr>
          <w:sz w:val="24"/>
          <w:szCs w:val="24"/>
          <w:lang w:eastAsia="ja-JP"/>
        </w:rPr>
        <w:t>○○○</w:t>
      </w:r>
      <w:r w:rsidR="00207560" w:rsidRPr="00DE4034">
        <w:rPr>
          <w:rFonts w:hint="eastAsia"/>
          <w:sz w:val="24"/>
          <w:szCs w:val="24"/>
          <w:lang w:eastAsia="ja-JP"/>
        </w:rPr>
        <w:t>-</w:t>
      </w:r>
      <w:r w:rsidRPr="00DE4034">
        <w:rPr>
          <w:sz w:val="24"/>
          <w:szCs w:val="24"/>
          <w:lang w:eastAsia="ja-JP"/>
        </w:rPr>
        <w:t>○○○○</w:t>
      </w:r>
      <w:r w:rsidRPr="00DE4034">
        <w:rPr>
          <w:sz w:val="24"/>
          <w:szCs w:val="24"/>
          <w:lang w:eastAsia="ja-JP"/>
        </w:rPr>
        <w:t>、メールアドレス</w:t>
      </w:r>
      <w:r w:rsidRPr="00DE4034">
        <w:rPr>
          <w:sz w:val="24"/>
          <w:szCs w:val="24"/>
          <w:lang w:eastAsia="ja-JP"/>
        </w:rPr>
        <w:t>○○○</w:t>
      </w:r>
      <w:r w:rsidRPr="00DE4034">
        <w:rPr>
          <w:sz w:val="24"/>
          <w:szCs w:val="24"/>
          <w:lang w:eastAsia="ja-JP"/>
        </w:rPr>
        <w:t>）</w:t>
      </w:r>
      <w:r w:rsidRPr="00DE4034">
        <w:rPr>
          <w:sz w:val="24"/>
          <w:szCs w:val="24"/>
          <w:lang w:eastAsia="ja-JP"/>
        </w:rPr>
        <w:br/>
      </w:r>
      <w:r w:rsidRPr="00DE4034">
        <w:rPr>
          <w:sz w:val="24"/>
          <w:szCs w:val="24"/>
          <w:lang w:eastAsia="ja-JP"/>
        </w:rPr>
        <w:t>・人事部</w:t>
      </w:r>
      <w:r w:rsidRPr="00DE4034">
        <w:rPr>
          <w:sz w:val="24"/>
          <w:szCs w:val="24"/>
          <w:lang w:eastAsia="ja-JP"/>
        </w:rPr>
        <w:t xml:space="preserve"> ○○○</w:t>
      </w:r>
      <w:r w:rsidR="00DE4034" w:rsidRPr="00DE4034">
        <w:rPr>
          <w:sz w:val="24"/>
          <w:szCs w:val="24"/>
          <w:lang w:eastAsia="ja-JP"/>
        </w:rPr>
        <w:t>【男性】</w:t>
      </w:r>
      <w:r w:rsidRPr="00DE4034">
        <w:rPr>
          <w:sz w:val="24"/>
          <w:szCs w:val="24"/>
          <w:lang w:eastAsia="ja-JP"/>
        </w:rPr>
        <w:t>（電話番号</w:t>
      </w:r>
      <w:r w:rsidRPr="00DE4034">
        <w:rPr>
          <w:sz w:val="24"/>
          <w:szCs w:val="24"/>
          <w:lang w:eastAsia="ja-JP"/>
        </w:rPr>
        <w:t>○○○</w:t>
      </w:r>
      <w:r w:rsidR="00207560" w:rsidRPr="00DE4034">
        <w:rPr>
          <w:rFonts w:hint="eastAsia"/>
          <w:sz w:val="24"/>
          <w:szCs w:val="24"/>
          <w:lang w:eastAsia="ja-JP"/>
        </w:rPr>
        <w:t>-</w:t>
      </w:r>
      <w:r w:rsidRPr="00DE4034">
        <w:rPr>
          <w:sz w:val="24"/>
          <w:szCs w:val="24"/>
          <w:lang w:eastAsia="ja-JP"/>
        </w:rPr>
        <w:t>○○○</w:t>
      </w:r>
      <w:r w:rsidR="00207560" w:rsidRPr="00DE4034">
        <w:rPr>
          <w:rFonts w:hint="eastAsia"/>
          <w:sz w:val="24"/>
          <w:szCs w:val="24"/>
          <w:lang w:eastAsia="ja-JP"/>
        </w:rPr>
        <w:t>-</w:t>
      </w:r>
      <w:r w:rsidRPr="00DE4034">
        <w:rPr>
          <w:sz w:val="24"/>
          <w:szCs w:val="24"/>
          <w:lang w:eastAsia="ja-JP"/>
        </w:rPr>
        <w:t>○○○○</w:t>
      </w:r>
      <w:r w:rsidRPr="00DE4034">
        <w:rPr>
          <w:sz w:val="24"/>
          <w:szCs w:val="24"/>
          <w:lang w:eastAsia="ja-JP"/>
        </w:rPr>
        <w:t>、メールアドレス</w:t>
      </w:r>
      <w:r w:rsidRPr="00DE4034">
        <w:rPr>
          <w:sz w:val="24"/>
          <w:szCs w:val="24"/>
          <w:lang w:eastAsia="ja-JP"/>
        </w:rPr>
        <w:t>○○○</w:t>
      </w:r>
      <w:r w:rsidRPr="00DE4034">
        <w:rPr>
          <w:sz w:val="24"/>
          <w:szCs w:val="24"/>
          <w:lang w:eastAsia="ja-JP"/>
        </w:rPr>
        <w:t>）</w:t>
      </w:r>
    </w:p>
    <w:sectPr w:rsidR="0038577A" w:rsidRPr="00DE4034" w:rsidSect="00034616">
      <w:pgSz w:w="12240" w:h="15840"/>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71686638">
    <w:abstractNumId w:val="8"/>
  </w:num>
  <w:num w:numId="2" w16cid:durableId="152069527">
    <w:abstractNumId w:val="6"/>
  </w:num>
  <w:num w:numId="3" w16cid:durableId="1779640683">
    <w:abstractNumId w:val="5"/>
  </w:num>
  <w:num w:numId="4" w16cid:durableId="1091851676">
    <w:abstractNumId w:val="4"/>
  </w:num>
  <w:num w:numId="5" w16cid:durableId="1343825003">
    <w:abstractNumId w:val="7"/>
  </w:num>
  <w:num w:numId="6" w16cid:durableId="1441608307">
    <w:abstractNumId w:val="3"/>
  </w:num>
  <w:num w:numId="7" w16cid:durableId="70085353">
    <w:abstractNumId w:val="2"/>
  </w:num>
  <w:num w:numId="8" w16cid:durableId="284850176">
    <w:abstractNumId w:val="1"/>
  </w:num>
  <w:num w:numId="9" w16cid:durableId="643505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7560"/>
    <w:rsid w:val="0029639D"/>
    <w:rsid w:val="00326F90"/>
    <w:rsid w:val="0038577A"/>
    <w:rsid w:val="00AA1D8D"/>
    <w:rsid w:val="00B47730"/>
    <w:rsid w:val="00CB0664"/>
    <w:rsid w:val="00D75450"/>
    <w:rsid w:val="00DE4034"/>
    <w:rsid w:val="00F159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4062061"/>
  <w14:defaultImageDpi w14:val="300"/>
  <w15:docId w15:val="{FCD7CA4B-05CB-4FFB-B058-AA69678E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638</Characters>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748</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