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32313" w14:textId="77777777" w:rsidR="00136009" w:rsidRPr="00692AB9" w:rsidRDefault="00692AB9">
      <w:pPr>
        <w:rPr>
          <w:sz w:val="28"/>
          <w:szCs w:val="28"/>
          <w:lang w:eastAsia="ja-JP"/>
        </w:rPr>
      </w:pPr>
      <w:r w:rsidRPr="00692AB9">
        <w:rPr>
          <w:sz w:val="28"/>
          <w:szCs w:val="28"/>
          <w:lang w:eastAsia="ja-JP"/>
        </w:rPr>
        <w:t>採用者フォローアップシート（3か月目）</w:t>
      </w:r>
    </w:p>
    <w:p w14:paraId="2DA56DF0" w14:textId="4470E942" w:rsidR="00136009" w:rsidRDefault="00692AB9">
      <w:pPr>
        <w:rPr>
          <w:lang w:eastAsia="ja-JP"/>
        </w:rPr>
      </w:pPr>
      <w:r>
        <w:rPr>
          <w:lang w:eastAsia="ja-JP"/>
        </w:rPr>
        <w:t>■ 記入方法</w:t>
      </w:r>
      <w:r>
        <w:rPr>
          <w:rFonts w:hint="eastAsia"/>
          <w:lang w:eastAsia="ja-JP"/>
        </w:rPr>
        <w:t>：</w:t>
      </w:r>
      <w:r w:rsidR="00BD62F2">
        <w:rPr>
          <w:lang w:eastAsia="ja-JP"/>
        </w:rPr>
        <w:t xml:space="preserve">あてはまるものに✔をつけてください（1～2分で終わります） </w:t>
      </w:r>
    </w:p>
    <w:p w14:paraId="3E776874" w14:textId="053ADAB5" w:rsidR="00136009" w:rsidRDefault="00692AB9">
      <w:pPr>
        <w:rPr>
          <w:lang w:eastAsia="ja-JP"/>
        </w:rPr>
      </w:pPr>
      <w:r>
        <w:rPr>
          <w:lang w:eastAsia="ja-JP"/>
        </w:rPr>
        <w:t>【1】体調・</w:t>
      </w:r>
      <w:r w:rsidR="000247A5">
        <w:rPr>
          <w:rFonts w:hint="eastAsia"/>
          <w:lang w:eastAsia="ja-JP"/>
        </w:rPr>
        <w:t>疲れ具合</w:t>
      </w:r>
      <w:r>
        <w:rPr>
          <w:lang w:eastAsia="ja-JP"/>
        </w:rPr>
        <w:br/>
        <w:t>□</w:t>
      </w:r>
      <w:r w:rsidR="000247A5">
        <w:rPr>
          <w:rFonts w:hint="eastAsia"/>
          <w:lang w:eastAsia="ja-JP"/>
        </w:rPr>
        <w:t>問題ない</w:t>
      </w:r>
      <w:r>
        <w:rPr>
          <w:lang w:eastAsia="ja-JP"/>
        </w:rPr>
        <w:t xml:space="preserve">　□</w:t>
      </w:r>
      <w:r w:rsidR="000247A5">
        <w:rPr>
          <w:rFonts w:hint="eastAsia"/>
          <w:lang w:eastAsia="ja-JP"/>
        </w:rPr>
        <w:t>少し疲れている</w:t>
      </w:r>
      <w:r>
        <w:rPr>
          <w:lang w:eastAsia="ja-JP"/>
        </w:rPr>
        <w:t xml:space="preserve">　□</w:t>
      </w:r>
      <w:r w:rsidR="000247A5">
        <w:rPr>
          <w:rFonts w:hint="eastAsia"/>
          <w:lang w:eastAsia="ja-JP"/>
        </w:rPr>
        <w:t>疲れが取れない</w:t>
      </w:r>
    </w:p>
    <w:p w14:paraId="05EF02EF" w14:textId="3BE5CCD7" w:rsidR="00136009" w:rsidRDefault="00692AB9">
      <w:pPr>
        <w:rPr>
          <w:lang w:eastAsia="ja-JP"/>
        </w:rPr>
      </w:pPr>
      <w:r>
        <w:rPr>
          <w:lang w:eastAsia="ja-JP"/>
        </w:rPr>
        <w:t>【2】業務内容の理解</w:t>
      </w:r>
      <w:r>
        <w:rPr>
          <w:lang w:eastAsia="ja-JP"/>
        </w:rPr>
        <w:br/>
        <w:t xml:space="preserve">□ ひと通り理解できた　□ </w:t>
      </w:r>
      <w:r w:rsidR="00AC3103">
        <w:rPr>
          <w:rFonts w:hint="eastAsia"/>
          <w:lang w:eastAsia="ja-JP"/>
        </w:rPr>
        <w:t>少し</w:t>
      </w:r>
      <w:r>
        <w:rPr>
          <w:lang w:eastAsia="ja-JP"/>
        </w:rPr>
        <w:t>不安な業務がある　□</w:t>
      </w:r>
      <w:r w:rsidR="000247A5">
        <w:rPr>
          <w:rFonts w:hint="eastAsia"/>
          <w:lang w:eastAsia="ja-JP"/>
        </w:rPr>
        <w:t>業務に慣れず困っている</w:t>
      </w:r>
    </w:p>
    <w:p w14:paraId="3D5047AB" w14:textId="2168D14A" w:rsidR="00136009" w:rsidRDefault="00692AB9">
      <w:pPr>
        <w:rPr>
          <w:lang w:eastAsia="ja-JP"/>
        </w:rPr>
      </w:pPr>
      <w:r>
        <w:rPr>
          <w:lang w:eastAsia="ja-JP"/>
        </w:rPr>
        <w:t>【3】</w:t>
      </w:r>
      <w:r w:rsidR="000F5747">
        <w:rPr>
          <w:lang w:eastAsia="ja-JP"/>
        </w:rPr>
        <w:t>職場の人間関係・コミュニケーション</w:t>
      </w:r>
      <w:r>
        <w:rPr>
          <w:lang w:eastAsia="ja-JP"/>
        </w:rPr>
        <w:br/>
        <w:t xml:space="preserve">□ 自分の居場所を感じられる　□ </w:t>
      </w:r>
      <w:r w:rsidR="00AC3103">
        <w:rPr>
          <w:rFonts w:hint="eastAsia"/>
          <w:lang w:eastAsia="ja-JP"/>
        </w:rPr>
        <w:t>少し</w:t>
      </w:r>
      <w:r>
        <w:rPr>
          <w:lang w:eastAsia="ja-JP"/>
        </w:rPr>
        <w:t>距離を感じる　□ 悩みや迷いがある</w:t>
      </w:r>
    </w:p>
    <w:p w14:paraId="4BDA317A" w14:textId="5637B04D" w:rsidR="00136009" w:rsidRDefault="00692AB9">
      <w:pPr>
        <w:rPr>
          <w:lang w:eastAsia="ja-JP"/>
        </w:rPr>
      </w:pPr>
      <w:r>
        <w:rPr>
          <w:lang w:eastAsia="ja-JP"/>
        </w:rPr>
        <w:t>【4】</w:t>
      </w:r>
      <w:r w:rsidR="000F5747">
        <w:rPr>
          <w:lang w:eastAsia="ja-JP"/>
        </w:rPr>
        <w:t>仕事</w:t>
      </w:r>
      <w:r w:rsidR="00A53995">
        <w:rPr>
          <w:lang w:eastAsia="ja-JP"/>
        </w:rPr>
        <w:t>・働き方について</w:t>
      </w:r>
      <w:r>
        <w:rPr>
          <w:lang w:eastAsia="ja-JP"/>
        </w:rPr>
        <w:br/>
        <w:t>□ 前向きに取り組めている　□</w:t>
      </w:r>
      <w:r w:rsidR="000F5747">
        <w:rPr>
          <w:rFonts w:hint="eastAsia"/>
          <w:lang w:eastAsia="ja-JP"/>
        </w:rPr>
        <w:t>少し負担や不安を</w:t>
      </w:r>
      <w:r w:rsidR="000F5747">
        <w:rPr>
          <w:lang w:eastAsia="ja-JP"/>
        </w:rPr>
        <w:t>感じる</w:t>
      </w:r>
      <w:r>
        <w:rPr>
          <w:lang w:eastAsia="ja-JP"/>
        </w:rPr>
        <w:t xml:space="preserve">　□</w:t>
      </w:r>
      <w:r w:rsidR="003B1DE1">
        <w:rPr>
          <w:lang w:eastAsia="ja-JP"/>
        </w:rPr>
        <w:t>見直しや相談をしたい</w:t>
      </w:r>
    </w:p>
    <w:p w14:paraId="0CA904AB" w14:textId="0E9AA96E" w:rsidR="00136009" w:rsidRDefault="00692AB9">
      <w:pPr>
        <w:rPr>
          <w:lang w:eastAsia="ja-JP"/>
        </w:rPr>
      </w:pPr>
      <w:r>
        <w:rPr>
          <w:lang w:eastAsia="ja-JP"/>
        </w:rPr>
        <w:t>【5】今後について</w:t>
      </w:r>
      <w:r>
        <w:rPr>
          <w:lang w:eastAsia="ja-JP"/>
        </w:rPr>
        <w:br/>
        <w:t xml:space="preserve">□ この職場で続けたい　□ </w:t>
      </w:r>
      <w:r w:rsidR="00AC3103">
        <w:rPr>
          <w:rFonts w:hint="eastAsia"/>
          <w:lang w:eastAsia="ja-JP"/>
        </w:rPr>
        <w:t>まだ分からない</w:t>
      </w:r>
      <w:r>
        <w:rPr>
          <w:lang w:eastAsia="ja-JP"/>
        </w:rPr>
        <w:t xml:space="preserve">　□ </w:t>
      </w:r>
      <w:r w:rsidR="009503CD">
        <w:rPr>
          <w:rFonts w:hint="eastAsia"/>
          <w:lang w:eastAsia="ja-JP"/>
        </w:rPr>
        <w:t>早めに</w:t>
      </w:r>
      <w:r w:rsidR="00AC3103">
        <w:rPr>
          <w:rFonts w:hint="eastAsia"/>
          <w:lang w:eastAsia="ja-JP"/>
        </w:rPr>
        <w:t>相談</w:t>
      </w:r>
      <w:r>
        <w:rPr>
          <w:lang w:eastAsia="ja-JP"/>
        </w:rPr>
        <w:t>をしたい</w:t>
      </w:r>
    </w:p>
    <w:p w14:paraId="2898DE71" w14:textId="77777777" w:rsidR="0076492F" w:rsidRDefault="0076492F" w:rsidP="0076492F">
      <w:pPr>
        <w:spacing w:line="240" w:lineRule="auto"/>
        <w:rPr>
          <w:lang w:eastAsia="ja-JP"/>
        </w:rPr>
      </w:pPr>
      <w:r>
        <w:rPr>
          <w:lang w:eastAsia="ja-JP"/>
        </w:rPr>
        <w:t>【6】</w:t>
      </w:r>
      <w:r>
        <w:rPr>
          <w:rFonts w:hint="eastAsia"/>
          <w:lang w:eastAsia="ja-JP"/>
        </w:rPr>
        <w:t>相談したいこと・伝えておきたいこと（任意）</w:t>
      </w:r>
      <w:r>
        <w:rPr>
          <w:lang w:eastAsia="ja-JP"/>
        </w:rPr>
        <w:br/>
      </w:r>
      <w:r>
        <w:rPr>
          <w:rFonts w:hint="eastAsia"/>
          <w:lang w:eastAsia="ja-JP"/>
        </w:rPr>
        <w:t>※</w:t>
      </w:r>
      <w:r>
        <w:rPr>
          <w:lang w:eastAsia="ja-JP"/>
        </w:rPr>
        <w:t>どんな小さなことでも構いません。</w:t>
      </w:r>
      <w:r>
        <w:rPr>
          <w:lang w:eastAsia="ja-JP"/>
        </w:rPr>
        <w:br/>
      </w:r>
      <w:r>
        <w:rPr>
          <w:rFonts w:hint="eastAsia"/>
          <w:lang w:eastAsia="ja-JP"/>
        </w:rPr>
        <w:t xml:space="preserve">　</w:t>
      </w:r>
      <w:r>
        <w:rPr>
          <w:lang w:eastAsia="ja-JP"/>
        </w:rPr>
        <w:t>体調・仕事・人間関係など、気になることがあれば早めにご相談ください</w:t>
      </w:r>
      <w:r>
        <w:rPr>
          <w:rFonts w:hint="eastAsia"/>
          <w:lang w:eastAsia="ja-JP"/>
        </w:rPr>
        <w:t>。</w:t>
      </w:r>
    </w:p>
    <w:p w14:paraId="0B9A629B" w14:textId="77777777" w:rsidR="0076492F" w:rsidRDefault="0076492F" w:rsidP="0076492F">
      <w:pPr>
        <w:spacing w:line="240" w:lineRule="auto"/>
        <w:rPr>
          <w:lang w:eastAsia="ja-JP"/>
        </w:rPr>
      </w:pPr>
      <w:r>
        <w:rPr>
          <w:rFonts w:hint="eastAsia"/>
          <w:lang w:eastAsia="ja-JP"/>
        </w:rPr>
        <w:t xml:space="preserve">　</w: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393CED" wp14:editId="3CE33F54">
                <wp:simplePos x="0" y="0"/>
                <wp:positionH relativeFrom="column">
                  <wp:posOffset>37465</wp:posOffset>
                </wp:positionH>
                <wp:positionV relativeFrom="paragraph">
                  <wp:posOffset>342900</wp:posOffset>
                </wp:positionV>
                <wp:extent cx="5381625" cy="9525"/>
                <wp:effectExtent l="0" t="0" r="28575" b="28575"/>
                <wp:wrapNone/>
                <wp:docPr id="1800766546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81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EA22C4" id="直線コネクタ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27pt" to="426.7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" strokecolor="black [3040]"/>
            </w:pict>
          </mc:Fallback>
        </mc:AlternateContent>
      </w:r>
    </w:p>
    <w:p w14:paraId="3CC587B6" w14:textId="77777777" w:rsidR="0076492F" w:rsidRDefault="0076492F" w:rsidP="0076492F">
      <w:pPr>
        <w:rPr>
          <w:lang w:eastAsia="ja-JP"/>
        </w:rPr>
      </w:pPr>
      <w:r>
        <w:rPr>
          <w:lang w:eastAsia="ja-JP"/>
        </w:rPr>
        <w:t>【7】</w:t>
      </w:r>
      <w:r>
        <w:rPr>
          <w:rFonts w:hint="eastAsia"/>
          <w:lang w:eastAsia="ja-JP"/>
        </w:rPr>
        <w:t>そのほか（ひとこと）（任意）</w:t>
      </w:r>
      <w:r>
        <w:rPr>
          <w:lang w:eastAsia="ja-JP"/>
        </w:rPr>
        <w:br/>
        <w:t>※気になること・言いにくいことがあれば、短くても大丈夫です</w:t>
      </w:r>
      <w:r>
        <w:rPr>
          <w:rFonts w:hint="eastAsia"/>
          <w:lang w:eastAsia="ja-JP"/>
        </w:rPr>
        <w:t>。</w:t>
      </w:r>
    </w:p>
    <w:p w14:paraId="00F41BD3" w14:textId="77777777" w:rsidR="0076492F" w:rsidRPr="00EB1DBF" w:rsidRDefault="0076492F" w:rsidP="0076492F">
      <w:pPr>
        <w:rPr>
          <w:lang w:eastAsia="ja-JP"/>
        </w:rPr>
      </w:pPr>
      <w:r>
        <w:rPr>
          <w:rFonts w:hint="eastAsia"/>
          <w:lang w:eastAsia="ja-JP"/>
        </w:rPr>
        <w:t xml:space="preserve">　</w: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50158F9" wp14:editId="4FBF3208">
                <wp:simplePos x="0" y="0"/>
                <wp:positionH relativeFrom="column">
                  <wp:posOffset>76200</wp:posOffset>
                </wp:positionH>
                <wp:positionV relativeFrom="paragraph">
                  <wp:posOffset>349250</wp:posOffset>
                </wp:positionV>
                <wp:extent cx="5381625" cy="9525"/>
                <wp:effectExtent l="0" t="0" r="28575" b="28575"/>
                <wp:wrapNone/>
                <wp:docPr id="149641581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81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7DA398" id="直線コネクタ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27.5pt" to="429.7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" strokecolor="black [3040]"/>
            </w:pict>
          </mc:Fallback>
        </mc:AlternateContent>
      </w:r>
    </w:p>
    <w:p w14:paraId="2FDC24CD" w14:textId="7C51F4C7" w:rsidR="0076492F" w:rsidRDefault="0076492F" w:rsidP="0076492F">
      <w:pPr>
        <w:ind w:left="1100" w:hangingChars="500" w:hanging="1100"/>
        <w:rPr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EF3432" wp14:editId="6F0F84FC">
                <wp:simplePos x="0" y="0"/>
                <wp:positionH relativeFrom="column">
                  <wp:posOffset>87630</wp:posOffset>
                </wp:positionH>
                <wp:positionV relativeFrom="paragraph">
                  <wp:posOffset>647065</wp:posOffset>
                </wp:positionV>
                <wp:extent cx="5372100" cy="9525"/>
                <wp:effectExtent l="0" t="0" r="19050" b="28575"/>
                <wp:wrapNone/>
                <wp:docPr id="118209746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72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5F5971" id="直線コネクタ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9pt,50.95pt" to="429.9pt,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" strokecolor="black [3040]"/>
            </w:pict>
          </mc:Fallback>
        </mc:AlternateContent>
      </w:r>
      <w:r>
        <w:rPr>
          <w:lang w:eastAsia="ja-JP"/>
        </w:rPr>
        <w:t>【8】記入日</w:t>
      </w:r>
      <w:r>
        <w:rPr>
          <w:rFonts w:hint="eastAsia"/>
          <w:lang w:eastAsia="ja-JP"/>
        </w:rPr>
        <w:t>・記入者</w:t>
      </w:r>
      <w:r>
        <w:rPr>
          <w:lang w:eastAsia="ja-JP"/>
        </w:rPr>
        <w:br/>
        <w:t>年</w:t>
      </w:r>
      <w:r>
        <w:rPr>
          <w:rFonts w:hint="eastAsia"/>
          <w:lang w:eastAsia="ja-JP"/>
        </w:rPr>
        <w:t xml:space="preserve">　　</w:t>
      </w:r>
      <w:r>
        <w:rPr>
          <w:lang w:eastAsia="ja-JP"/>
        </w:rPr>
        <w:t>月</w:t>
      </w:r>
      <w:r>
        <w:rPr>
          <w:rFonts w:hint="eastAsia"/>
          <w:lang w:eastAsia="ja-JP"/>
        </w:rPr>
        <w:t xml:space="preserve">　　</w:t>
      </w:r>
      <w:r>
        <w:rPr>
          <w:lang w:eastAsia="ja-JP"/>
        </w:rPr>
        <w:t>日</w:t>
      </w:r>
      <w:r>
        <w:rPr>
          <w:rFonts w:hint="eastAsia"/>
          <w:lang w:eastAsia="ja-JP"/>
        </w:rPr>
        <w:t xml:space="preserve">　</w:t>
      </w:r>
      <w:r w:rsidR="001B3D45">
        <w:rPr>
          <w:rFonts w:hint="eastAsia"/>
          <w:lang w:eastAsia="ja-JP"/>
        </w:rPr>
        <w:t>（氏名）</w:t>
      </w:r>
    </w:p>
    <w:p w14:paraId="2B7C9A53" w14:textId="77777777" w:rsidR="0076492F" w:rsidRDefault="0076492F" w:rsidP="0076492F">
      <w:pPr>
        <w:ind w:leftChars="300" w:left="660"/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387B8F" wp14:editId="24E8DE70">
                <wp:simplePos x="0" y="0"/>
                <wp:positionH relativeFrom="column">
                  <wp:posOffset>925830</wp:posOffset>
                </wp:positionH>
                <wp:positionV relativeFrom="paragraph">
                  <wp:posOffset>74295</wp:posOffset>
                </wp:positionV>
                <wp:extent cx="4552950" cy="895350"/>
                <wp:effectExtent l="0" t="0" r="19050" b="38100"/>
                <wp:wrapNone/>
                <wp:docPr id="56882357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2950" cy="895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sx="1000" sy="1000" rotWithShape="0">
                            <a:srgbClr val="000000"/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E40E1" w14:textId="77777777" w:rsidR="0076492F" w:rsidRDefault="0076492F" w:rsidP="0076492F">
                            <w:pPr>
                              <w:spacing w:after="0" w:line="240" w:lineRule="auto"/>
                              <w:jc w:val="both"/>
                              <w:rPr>
                                <w:color w:val="000000" w:themeColor="text1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何かあれば、いつでもご相談ください。</w:t>
                            </w:r>
                          </w:p>
                          <w:p w14:paraId="57EBD59F" w14:textId="15ED243F" w:rsidR="0076492F" w:rsidRDefault="0076492F" w:rsidP="0076492F">
                            <w:pPr>
                              <w:spacing w:after="0" w:line="240" w:lineRule="auto"/>
                              <w:jc w:val="both"/>
                              <w:rPr>
                                <w:color w:val="000000" w:themeColor="text1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【ご相談先】</w:t>
                            </w:r>
                            <w:r w:rsidR="001B3D45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部署名</w:t>
                            </w:r>
                            <w:r w:rsidR="001B3D45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 xml:space="preserve">　　</w:t>
                            </w:r>
                            <w:r w:rsidR="001B3D45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 xml:space="preserve">　　　　　（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氏名</w:t>
                            </w:r>
                            <w:r w:rsidR="001B3D45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）</w:t>
                            </w:r>
                          </w:p>
                          <w:p w14:paraId="0D6F2575" w14:textId="77777777" w:rsidR="0076492F" w:rsidRPr="00D437B5" w:rsidRDefault="0076492F" w:rsidP="0076492F">
                            <w:pPr>
                              <w:spacing w:after="0" w:line="240" w:lineRule="auto"/>
                              <w:jc w:val="both"/>
                              <w:rPr>
                                <w:color w:val="000000" w:themeColor="text1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【TEL】　　　　　　　　　【</w:t>
                            </w:r>
                            <w:r w:rsidRPr="00515DEE">
                              <w:rPr>
                                <w:color w:val="000000" w:themeColor="text1"/>
                                <w:lang w:eastAsia="ja-JP"/>
                              </w:rPr>
                              <w:t>Mail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387B8F" id="正方形/長方形 1" o:spid="_x0000_s1026" style="position:absolute;left:0;text-align:left;margin-left:72.9pt;margin-top:5.85pt;width:358.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" fillcolor="white [3212]" strokecolor="black [3213]">
                <v:shadow on="t" type="perspective" color="black" origin=",.5" offset="0,0" matrix="655f,,,655f"/>
                <v:textbox>
                  <w:txbxContent>
                    <w:p w14:paraId="415E40E1" w14:textId="77777777" w:rsidR="0076492F" w:rsidRDefault="0076492F" w:rsidP="0076492F">
                      <w:pPr>
                        <w:spacing w:after="0" w:line="240" w:lineRule="auto"/>
                        <w:jc w:val="both"/>
                        <w:rPr>
                          <w:color w:val="000000" w:themeColor="text1"/>
                          <w:lang w:eastAsia="ja-JP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何かあれば、いつでもご相談ください。</w:t>
                      </w:r>
                    </w:p>
                    <w:p w14:paraId="57EBD59F" w14:textId="15ED243F" w:rsidR="0076492F" w:rsidRDefault="0076492F" w:rsidP="0076492F">
                      <w:pPr>
                        <w:spacing w:after="0" w:line="240" w:lineRule="auto"/>
                        <w:jc w:val="both"/>
                        <w:rPr>
                          <w:color w:val="000000" w:themeColor="text1"/>
                          <w:lang w:eastAsia="ja-JP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【ご相談先】</w:t>
                      </w:r>
                      <w:r w:rsidR="001B3D45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（</w:t>
                      </w: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部署名</w:t>
                      </w:r>
                      <w:r w:rsidR="001B3D45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）</w:t>
                      </w: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 xml:space="preserve">　　</w:t>
                      </w:r>
                      <w:r w:rsidR="001B3D45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 xml:space="preserve">　　　　　（</w:t>
                      </w: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氏名</w:t>
                      </w:r>
                      <w:r w:rsidR="001B3D45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）</w:t>
                      </w:r>
                    </w:p>
                    <w:p w14:paraId="0D6F2575" w14:textId="77777777" w:rsidR="0076492F" w:rsidRPr="00D437B5" w:rsidRDefault="0076492F" w:rsidP="0076492F">
                      <w:pPr>
                        <w:spacing w:after="0" w:line="240" w:lineRule="auto"/>
                        <w:jc w:val="both"/>
                        <w:rPr>
                          <w:color w:val="000000" w:themeColor="text1"/>
                          <w:lang w:eastAsia="ja-JP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【TEL】　　　　　　　　　【</w:t>
                      </w:r>
                      <w:r w:rsidRPr="00515DEE">
                        <w:rPr>
                          <w:color w:val="000000" w:themeColor="text1"/>
                          <w:lang w:eastAsia="ja-JP"/>
                        </w:rPr>
                        <w:t>Mail</w:t>
                      </w: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】</w:t>
                      </w:r>
                    </w:p>
                  </w:txbxContent>
                </v:textbox>
              </v:rect>
            </w:pict>
          </mc:Fallback>
        </mc:AlternateContent>
      </w:r>
    </w:p>
    <w:p w14:paraId="5C914FAF" w14:textId="430E2982" w:rsidR="00136009" w:rsidRPr="0076492F" w:rsidRDefault="00136009" w:rsidP="00923E16">
      <w:pPr>
        <w:ind w:left="880" w:hangingChars="400" w:hanging="880"/>
        <w:rPr>
          <w:lang w:eastAsia="ja-JP"/>
        </w:rPr>
      </w:pPr>
    </w:p>
    <w:sectPr w:rsidR="00136009" w:rsidRPr="0076492F" w:rsidSect="00692AB9">
      <w:pgSz w:w="12240" w:h="15840"/>
      <w:pgMar w:top="1134" w:right="1797" w:bottom="851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A652F" w14:textId="77777777" w:rsidR="00692AB9" w:rsidRDefault="00692AB9" w:rsidP="00692AB9">
      <w:pPr>
        <w:spacing w:after="0" w:line="240" w:lineRule="auto"/>
      </w:pPr>
      <w:r>
        <w:separator/>
      </w:r>
    </w:p>
  </w:endnote>
  <w:endnote w:type="continuationSeparator" w:id="0">
    <w:p w14:paraId="2ADA166B" w14:textId="77777777" w:rsidR="00692AB9" w:rsidRDefault="00692AB9" w:rsidP="00692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A8113" w14:textId="77777777" w:rsidR="00692AB9" w:rsidRDefault="00692AB9" w:rsidP="00692AB9">
      <w:pPr>
        <w:spacing w:after="0" w:line="240" w:lineRule="auto"/>
      </w:pPr>
      <w:r>
        <w:separator/>
      </w:r>
    </w:p>
  </w:footnote>
  <w:footnote w:type="continuationSeparator" w:id="0">
    <w:p w14:paraId="13341F95" w14:textId="77777777" w:rsidR="00692AB9" w:rsidRDefault="00692AB9" w:rsidP="00692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328789">
    <w:abstractNumId w:val="8"/>
  </w:num>
  <w:num w:numId="2" w16cid:durableId="1757510030">
    <w:abstractNumId w:val="6"/>
  </w:num>
  <w:num w:numId="3" w16cid:durableId="1068456769">
    <w:abstractNumId w:val="5"/>
  </w:num>
  <w:num w:numId="4" w16cid:durableId="267202548">
    <w:abstractNumId w:val="4"/>
  </w:num>
  <w:num w:numId="5" w16cid:durableId="701134101">
    <w:abstractNumId w:val="7"/>
  </w:num>
  <w:num w:numId="6" w16cid:durableId="2147041755">
    <w:abstractNumId w:val="3"/>
  </w:num>
  <w:num w:numId="7" w16cid:durableId="235944369">
    <w:abstractNumId w:val="2"/>
  </w:num>
  <w:num w:numId="8" w16cid:durableId="1688404980">
    <w:abstractNumId w:val="1"/>
  </w:num>
  <w:num w:numId="9" w16cid:durableId="1217208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853"/>
    <w:rsid w:val="000247A5"/>
    <w:rsid w:val="000326DA"/>
    <w:rsid w:val="00034616"/>
    <w:rsid w:val="0006063C"/>
    <w:rsid w:val="0009335D"/>
    <w:rsid w:val="000F5747"/>
    <w:rsid w:val="00136009"/>
    <w:rsid w:val="00150391"/>
    <w:rsid w:val="0015074B"/>
    <w:rsid w:val="001B3D45"/>
    <w:rsid w:val="00246E4C"/>
    <w:rsid w:val="00282BAC"/>
    <w:rsid w:val="0029639D"/>
    <w:rsid w:val="002F39A8"/>
    <w:rsid w:val="00326F90"/>
    <w:rsid w:val="0034775E"/>
    <w:rsid w:val="003B1DE1"/>
    <w:rsid w:val="00692AB9"/>
    <w:rsid w:val="0076492F"/>
    <w:rsid w:val="007F6452"/>
    <w:rsid w:val="00923E16"/>
    <w:rsid w:val="009503CD"/>
    <w:rsid w:val="00975D01"/>
    <w:rsid w:val="00A53995"/>
    <w:rsid w:val="00AA1D8D"/>
    <w:rsid w:val="00AC3103"/>
    <w:rsid w:val="00AC3F7D"/>
    <w:rsid w:val="00B47730"/>
    <w:rsid w:val="00B96467"/>
    <w:rsid w:val="00BD62F2"/>
    <w:rsid w:val="00CA718D"/>
    <w:rsid w:val="00CB0664"/>
    <w:rsid w:val="00CE38B2"/>
    <w:rsid w:val="00DE309B"/>
    <w:rsid w:val="00E4209E"/>
    <w:rsid w:val="00E469FC"/>
    <w:rsid w:val="00EA32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8C20FE4"/>
  <w14:defaultImageDpi w14:val="300"/>
  <w15:docId w15:val="{C5A1CEF5-AD49-4E03-AEEE-108025A84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メイリオ" w:eastAsia="メイリオ" w:hAnsi="メイリオ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15238849-b066-4a94-86ff-6e056aa4f3fc">
      <UserInfo>
        <DisplayName/>
        <AccountId xsi:nil="true"/>
        <AccountType/>
      </UserInfo>
    </Owner>
    <TaxCatchAll xmlns="44856c1c-163a-4db4-9f2d-e69ab44d016d" xsi:nil="true"/>
    <lcf76f155ced4ddcb4097134ff3c332f xmlns="15238849-b066-4a94-86ff-6e056aa4f3f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2F87B6BD1E3E74496C5981B1D896ADA" ma:contentTypeVersion="15" ma:contentTypeDescription="新しいドキュメントを作成します。" ma:contentTypeScope="" ma:versionID="4a21ebec3403a52dfb6584b7d8d73cc0">
  <xsd:schema xmlns:xsd="http://www.w3.org/2001/XMLSchema" xmlns:xs="http://www.w3.org/2001/XMLSchema" xmlns:p="http://schemas.microsoft.com/office/2006/metadata/properties" xmlns:ns2="15238849-b066-4a94-86ff-6e056aa4f3fc" xmlns:ns3="44856c1c-163a-4db4-9f2d-e69ab44d016d" targetNamespace="http://schemas.microsoft.com/office/2006/metadata/properties" ma:root="true" ma:fieldsID="888a0b0e3bf8a6cfd3338e8442a72b14" ns2:_="" ns3:_="">
    <xsd:import namespace="15238849-b066-4a94-86ff-6e056aa4f3fc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38849-b066-4a94-86ff-6e056aa4f3fc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5591495-aecc-427a-98ad-88f1f6673719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2CFBAA-1AF5-4F15-9BBB-17D329991F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37E6B9-D760-4E0D-959B-2BC734FF9F66}">
  <ds:schemaRefs>
    <ds:schemaRef ds:uri="http://schemas.microsoft.com/office/2006/metadata/properties"/>
    <ds:schemaRef ds:uri="http://schemas.microsoft.com/office/infopath/2007/PartnerControls"/>
    <ds:schemaRef ds:uri="15238849-b066-4a94-86ff-6e056aa4f3fc"/>
    <ds:schemaRef ds:uri="44856c1c-163a-4db4-9f2d-e69ab44d016d"/>
  </ds:schemaRefs>
</ds:datastoreItem>
</file>

<file path=customXml/itemProps4.xml><?xml version="1.0" encoding="utf-8"?>
<ds:datastoreItem xmlns:ds="http://schemas.openxmlformats.org/officeDocument/2006/customXml" ds:itemID="{8BA543BE-4973-4864-8252-4C3F700007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238849-b066-4a94-86ff-6e056aa4f3fc"/>
    <ds:schemaRef ds:uri="44856c1c-163a-4db4-9f2d-e69ab44d0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391</Characters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458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0x010100C2F87B6BD1E3E74496C5981B1D896ADA</vt:lpwstr>
  </property>
</Properties>
</file>