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8922" w14:textId="3D7E34B6" w:rsidR="00056917" w:rsidRDefault="00534252">
      <w:pPr>
        <w:rPr>
          <w:lang w:eastAsia="ja-JP"/>
        </w:rPr>
      </w:pPr>
      <w:r w:rsidRPr="00232527">
        <w:rPr>
          <w:sz w:val="28"/>
          <w:szCs w:val="28"/>
          <w:lang w:eastAsia="ja-JP"/>
        </w:rPr>
        <w:t>採用者 フォローアップシート（</w:t>
      </w:r>
      <w:r w:rsidR="007C485E">
        <w:rPr>
          <w:rFonts w:hint="eastAsia"/>
          <w:sz w:val="28"/>
          <w:szCs w:val="28"/>
          <w:lang w:eastAsia="ja-JP"/>
        </w:rPr>
        <w:t>１週間目</w:t>
      </w:r>
      <w:r w:rsidRPr="00232527">
        <w:rPr>
          <w:sz w:val="28"/>
          <w:szCs w:val="28"/>
          <w:lang w:eastAsia="ja-JP"/>
        </w:rPr>
        <w:t>）</w:t>
      </w:r>
    </w:p>
    <w:p w14:paraId="575B9027" w14:textId="5061EC14" w:rsidR="00056917" w:rsidRDefault="00534252">
      <w:pPr>
        <w:rPr>
          <w:lang w:eastAsia="ja-JP"/>
        </w:rPr>
      </w:pPr>
      <w:r>
        <w:rPr>
          <w:lang w:eastAsia="ja-JP"/>
        </w:rPr>
        <w:t>■ 記入方法</w:t>
      </w:r>
      <w:r w:rsidR="00502EEB">
        <w:rPr>
          <w:rFonts w:hint="eastAsia"/>
          <w:lang w:eastAsia="ja-JP"/>
        </w:rPr>
        <w:t>：</w:t>
      </w:r>
      <w:r>
        <w:rPr>
          <w:lang w:eastAsia="ja-JP"/>
        </w:rPr>
        <w:t>あてはまるものに✔をつけてください（1～2分で終わります）</w:t>
      </w:r>
    </w:p>
    <w:p w14:paraId="6EB607D9" w14:textId="4874FA55" w:rsidR="00056917" w:rsidRDefault="00534252">
      <w:pPr>
        <w:rPr>
          <w:lang w:eastAsia="ja-JP"/>
        </w:rPr>
      </w:pPr>
      <w:r>
        <w:rPr>
          <w:lang w:eastAsia="ja-JP"/>
        </w:rPr>
        <w:t>【1】体調・疲れ具合</w:t>
      </w:r>
      <w:r>
        <w:rPr>
          <w:lang w:eastAsia="ja-JP"/>
        </w:rPr>
        <w:br/>
        <w:t xml:space="preserve">□ </w:t>
      </w:r>
      <w:r w:rsidR="009C5BE2">
        <w:rPr>
          <w:rFonts w:hint="eastAsia"/>
          <w:lang w:eastAsia="ja-JP"/>
        </w:rPr>
        <w:t>無理なく働けている</w:t>
      </w:r>
      <w:r>
        <w:rPr>
          <w:lang w:eastAsia="ja-JP"/>
        </w:rPr>
        <w:t xml:space="preserve">　□ 少し疲れている　□ かなり疲れている</w:t>
      </w:r>
    </w:p>
    <w:p w14:paraId="58580E4F" w14:textId="36BA9291" w:rsidR="00056917" w:rsidRDefault="00534252">
      <w:pPr>
        <w:rPr>
          <w:lang w:eastAsia="ja-JP"/>
        </w:rPr>
      </w:pPr>
      <w:r>
        <w:rPr>
          <w:lang w:eastAsia="ja-JP"/>
        </w:rPr>
        <w:t>【2】業務内容の理解</w:t>
      </w:r>
      <w:r>
        <w:rPr>
          <w:lang w:eastAsia="ja-JP"/>
        </w:rPr>
        <w:br/>
        <w:t xml:space="preserve">□ 概ね理解できている　□ </w:t>
      </w:r>
      <w:r w:rsidR="007C485E">
        <w:rPr>
          <w:rFonts w:hint="eastAsia"/>
          <w:lang w:eastAsia="ja-JP"/>
        </w:rPr>
        <w:t>少し</w:t>
      </w:r>
      <w:r>
        <w:rPr>
          <w:lang w:eastAsia="ja-JP"/>
        </w:rPr>
        <w:t>不安な点がある　□ よく分からない部分が多い</w:t>
      </w:r>
    </w:p>
    <w:p w14:paraId="4529DDEA" w14:textId="30FB67EC" w:rsidR="00056917" w:rsidRDefault="00534252">
      <w:pPr>
        <w:rPr>
          <w:lang w:eastAsia="ja-JP"/>
        </w:rPr>
      </w:pPr>
      <w:r>
        <w:rPr>
          <w:lang w:eastAsia="ja-JP"/>
        </w:rPr>
        <w:t>【3】職場の人間関係・コミュニケーション</w:t>
      </w:r>
      <w:r>
        <w:rPr>
          <w:lang w:eastAsia="ja-JP"/>
        </w:rPr>
        <w:br/>
        <w:t>□ 特に問題なし　□ 少し気になることがある　□ 困っていることがある</w:t>
      </w:r>
    </w:p>
    <w:p w14:paraId="72334574" w14:textId="37CE8D4B" w:rsidR="00056917" w:rsidRDefault="00534252">
      <w:pPr>
        <w:rPr>
          <w:lang w:eastAsia="ja-JP"/>
        </w:rPr>
      </w:pPr>
      <w:r>
        <w:rPr>
          <w:lang w:eastAsia="ja-JP"/>
        </w:rPr>
        <w:t>【4】仕事・働き方について</w:t>
      </w:r>
      <w:r>
        <w:rPr>
          <w:lang w:eastAsia="ja-JP"/>
        </w:rPr>
        <w:br/>
        <w:t>□ 今のペースで続けられそう　□ 少し不安がある　□ 見直しや相談をしたい</w:t>
      </w:r>
    </w:p>
    <w:p w14:paraId="33FC5F1D" w14:textId="2E958A96" w:rsidR="00056917" w:rsidRDefault="00534252">
      <w:pPr>
        <w:rPr>
          <w:lang w:eastAsia="ja-JP"/>
        </w:rPr>
      </w:pPr>
      <w:r>
        <w:rPr>
          <w:lang w:eastAsia="ja-JP"/>
        </w:rPr>
        <w:t>【5】これまでの経験とのギャップ</w:t>
      </w:r>
      <w:r>
        <w:rPr>
          <w:lang w:eastAsia="ja-JP"/>
        </w:rPr>
        <w:br/>
        <w:t>□ 想定内　□ 少しギャップを感じる　□ 大きなギャップを感じる</w:t>
      </w:r>
    </w:p>
    <w:p w14:paraId="6E591D91" w14:textId="77777777" w:rsidR="00EB1DBF" w:rsidRDefault="00534252" w:rsidP="00EB1DBF">
      <w:pPr>
        <w:spacing w:line="240" w:lineRule="auto"/>
        <w:rPr>
          <w:lang w:eastAsia="ja-JP"/>
        </w:rPr>
      </w:pPr>
      <w:r>
        <w:rPr>
          <w:lang w:eastAsia="ja-JP"/>
        </w:rPr>
        <w:t>【6】</w:t>
      </w:r>
      <w:r w:rsidR="00EB1DBF">
        <w:rPr>
          <w:rFonts w:hint="eastAsia"/>
          <w:lang w:eastAsia="ja-JP"/>
        </w:rPr>
        <w:t>相談したいこと・伝えておきたいこと（任意）</w:t>
      </w:r>
      <w:r>
        <w:rPr>
          <w:lang w:eastAsia="ja-JP"/>
        </w:rPr>
        <w:br/>
      </w:r>
      <w:r w:rsidR="00EB1DBF">
        <w:rPr>
          <w:rFonts w:hint="eastAsia"/>
          <w:lang w:eastAsia="ja-JP"/>
        </w:rPr>
        <w:t>※</w:t>
      </w:r>
      <w:r w:rsidR="00EB1DBF">
        <w:rPr>
          <w:lang w:eastAsia="ja-JP"/>
        </w:rPr>
        <w:t>どんな小さなことでも構いません。</w:t>
      </w:r>
      <w:r w:rsidR="00EB1DBF">
        <w:rPr>
          <w:lang w:eastAsia="ja-JP"/>
        </w:rPr>
        <w:br/>
      </w:r>
      <w:r w:rsidR="00EB1DBF">
        <w:rPr>
          <w:rFonts w:hint="eastAsia"/>
          <w:lang w:eastAsia="ja-JP"/>
        </w:rPr>
        <w:t xml:space="preserve">　</w:t>
      </w:r>
      <w:r w:rsidR="00EB1DBF">
        <w:rPr>
          <w:lang w:eastAsia="ja-JP"/>
        </w:rPr>
        <w:t>体調・仕事・人間関係など、気になることがあれば早めにご相談ください</w:t>
      </w:r>
      <w:r w:rsidR="00EB1DBF">
        <w:rPr>
          <w:rFonts w:hint="eastAsia"/>
          <w:lang w:eastAsia="ja-JP"/>
        </w:rPr>
        <w:t>。</w:t>
      </w:r>
    </w:p>
    <w:p w14:paraId="73D9ABA1" w14:textId="792F9B9F" w:rsidR="00056917" w:rsidRDefault="00EB1DBF" w:rsidP="00EB1DBF">
      <w:pPr>
        <w:spacing w:line="240" w:lineRule="auto"/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45276F" wp14:editId="3C3955DB">
                <wp:simplePos x="0" y="0"/>
                <wp:positionH relativeFrom="column">
                  <wp:posOffset>37465</wp:posOffset>
                </wp:positionH>
                <wp:positionV relativeFrom="paragraph">
                  <wp:posOffset>342900</wp:posOffset>
                </wp:positionV>
                <wp:extent cx="5381625" cy="9525"/>
                <wp:effectExtent l="0" t="0" r="28575" b="28575"/>
                <wp:wrapNone/>
                <wp:docPr id="180076654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1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409C8" id="直線コネクタ 1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27pt" to="426.7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" strokecolor="black [3040]"/>
            </w:pict>
          </mc:Fallback>
        </mc:AlternateContent>
      </w:r>
    </w:p>
    <w:p w14:paraId="009A465D" w14:textId="386E94F1" w:rsidR="00056917" w:rsidRDefault="00534252">
      <w:pPr>
        <w:rPr>
          <w:lang w:eastAsia="ja-JP"/>
        </w:rPr>
      </w:pPr>
      <w:r>
        <w:rPr>
          <w:lang w:eastAsia="ja-JP"/>
        </w:rPr>
        <w:t>【7】</w:t>
      </w:r>
      <w:r w:rsidR="00EB1DBF">
        <w:rPr>
          <w:rFonts w:hint="eastAsia"/>
          <w:lang w:eastAsia="ja-JP"/>
        </w:rPr>
        <w:t>そのほか（ひとこと）（任意）</w:t>
      </w:r>
      <w:r>
        <w:rPr>
          <w:lang w:eastAsia="ja-JP"/>
        </w:rPr>
        <w:br/>
      </w:r>
      <w:r w:rsidR="00EB1DBF">
        <w:rPr>
          <w:lang w:eastAsia="ja-JP"/>
        </w:rPr>
        <w:t>※気になること・言いにくいことがあれば、短くても大丈夫です</w:t>
      </w:r>
      <w:r w:rsidR="00EB1DBF">
        <w:rPr>
          <w:rFonts w:hint="eastAsia"/>
          <w:lang w:eastAsia="ja-JP"/>
        </w:rPr>
        <w:t>。</w:t>
      </w:r>
    </w:p>
    <w:p w14:paraId="5DBC53B9" w14:textId="134A89B7" w:rsidR="00EB1DBF" w:rsidRPr="00EB1DBF" w:rsidRDefault="00EB1DBF">
      <w:pPr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A26B4F" wp14:editId="17493083">
                <wp:simplePos x="0" y="0"/>
                <wp:positionH relativeFrom="column">
                  <wp:posOffset>76200</wp:posOffset>
                </wp:positionH>
                <wp:positionV relativeFrom="paragraph">
                  <wp:posOffset>349250</wp:posOffset>
                </wp:positionV>
                <wp:extent cx="5381625" cy="9525"/>
                <wp:effectExtent l="0" t="0" r="28575" b="28575"/>
                <wp:wrapNone/>
                <wp:docPr id="149641581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1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31A139" id="直線コネクタ 1" o:spid="_x0000_s1026" style="position:absolute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27.5pt" to="429.7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" strokecolor="black [3040]"/>
            </w:pict>
          </mc:Fallback>
        </mc:AlternateContent>
      </w:r>
    </w:p>
    <w:p w14:paraId="79802BFF" w14:textId="617995EB" w:rsidR="00EB1DBF" w:rsidRDefault="007D77CA" w:rsidP="00A524D2">
      <w:pPr>
        <w:ind w:left="1100" w:hangingChars="500" w:hanging="1100"/>
        <w:rPr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5E2DDD" wp14:editId="72D07A64">
                <wp:simplePos x="0" y="0"/>
                <wp:positionH relativeFrom="column">
                  <wp:posOffset>87630</wp:posOffset>
                </wp:positionH>
                <wp:positionV relativeFrom="paragraph">
                  <wp:posOffset>656590</wp:posOffset>
                </wp:positionV>
                <wp:extent cx="5372100" cy="19050"/>
                <wp:effectExtent l="0" t="0" r="19050" b="19050"/>
                <wp:wrapNone/>
                <wp:docPr id="118209746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04EB58" id="直線コネクタ 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9pt,51.7pt" to="429.9pt,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" strokecolor="black [3040]"/>
            </w:pict>
          </mc:Fallback>
        </mc:AlternateContent>
      </w:r>
      <w:r w:rsidR="00534252">
        <w:rPr>
          <w:lang w:eastAsia="ja-JP"/>
        </w:rPr>
        <w:t>【8】記入日</w:t>
      </w:r>
      <w:r>
        <w:rPr>
          <w:rFonts w:hint="eastAsia"/>
          <w:lang w:eastAsia="ja-JP"/>
        </w:rPr>
        <w:t>・記入者</w:t>
      </w:r>
      <w:r w:rsidR="00534252">
        <w:rPr>
          <w:lang w:eastAsia="ja-JP"/>
        </w:rPr>
        <w:br/>
        <w:t>年</w:t>
      </w:r>
      <w:r w:rsidR="00480D4B">
        <w:rPr>
          <w:rFonts w:hint="eastAsia"/>
          <w:lang w:eastAsia="ja-JP"/>
        </w:rPr>
        <w:t xml:space="preserve">　　</w:t>
      </w:r>
      <w:r w:rsidR="00534252">
        <w:rPr>
          <w:lang w:eastAsia="ja-JP"/>
        </w:rPr>
        <w:t>月</w:t>
      </w:r>
      <w:r w:rsidR="00480D4B">
        <w:rPr>
          <w:rFonts w:hint="eastAsia"/>
          <w:lang w:eastAsia="ja-JP"/>
        </w:rPr>
        <w:t xml:space="preserve">　　</w:t>
      </w:r>
      <w:r w:rsidR="00534252">
        <w:rPr>
          <w:lang w:eastAsia="ja-JP"/>
        </w:rPr>
        <w:t>日</w:t>
      </w:r>
      <w:r>
        <w:rPr>
          <w:rFonts w:hint="eastAsia"/>
          <w:lang w:eastAsia="ja-JP"/>
        </w:rPr>
        <w:t xml:space="preserve">　</w:t>
      </w:r>
      <w:r w:rsidR="00E61A95">
        <w:rPr>
          <w:rFonts w:hint="eastAsia"/>
          <w:lang w:eastAsia="ja-JP"/>
        </w:rPr>
        <w:t>（氏名）</w:t>
      </w:r>
    </w:p>
    <w:p w14:paraId="2BDCA175" w14:textId="184B9249" w:rsidR="00EB1DBF" w:rsidRDefault="00515DEE" w:rsidP="001779C4">
      <w:pPr>
        <w:ind w:leftChars="300" w:left="660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D9CCB6" wp14:editId="6D061012">
                <wp:simplePos x="0" y="0"/>
                <wp:positionH relativeFrom="column">
                  <wp:posOffset>925830</wp:posOffset>
                </wp:positionH>
                <wp:positionV relativeFrom="paragraph">
                  <wp:posOffset>74295</wp:posOffset>
                </wp:positionV>
                <wp:extent cx="4552950" cy="895350"/>
                <wp:effectExtent l="0" t="0" r="19050" b="38100"/>
                <wp:wrapNone/>
                <wp:docPr id="56882357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sx="1000" sy="1000" rotWithShape="0">
                            <a:srgbClr val="000000"/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0AB391" w14:textId="524B5CA4" w:rsidR="00515DEE" w:rsidRDefault="00515DEE" w:rsidP="00D437B5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何かあれば、いつでもご相談ください。</w:t>
                            </w:r>
                          </w:p>
                          <w:p w14:paraId="15EF3745" w14:textId="4B3ABCCB" w:rsidR="00515DEE" w:rsidRDefault="00D437B5" w:rsidP="00D437B5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【</w:t>
                            </w:r>
                            <w:r w:rsidR="00515D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ご相談先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】</w:t>
                            </w:r>
                            <w:r w:rsidR="003E1B90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（</w:t>
                            </w:r>
                            <w:r w:rsidR="00515D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部署名</w:t>
                            </w:r>
                            <w:r w:rsidR="003E1B90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）</w:t>
                            </w:r>
                            <w:r w:rsidR="00515D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 xml:space="preserve">　</w:t>
                            </w:r>
                            <w:r w:rsidR="003E1B90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 xml:space="preserve">　　　　　</w:t>
                            </w:r>
                            <w:r w:rsidR="00515D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 xml:space="preserve">　</w:t>
                            </w:r>
                            <w:r w:rsidR="003E1B90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（</w:t>
                            </w:r>
                            <w:r w:rsidR="00515D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氏名</w:t>
                            </w:r>
                            <w:r w:rsidR="003E1B90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）</w:t>
                            </w:r>
                          </w:p>
                          <w:p w14:paraId="1E31DFBE" w14:textId="4161717B" w:rsidR="00515DEE" w:rsidRPr="00D437B5" w:rsidRDefault="00D437B5" w:rsidP="00D437B5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【TEL】</w:t>
                            </w:r>
                            <w:r w:rsidR="00515D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【</w:t>
                            </w:r>
                            <w:r w:rsidR="00515DEE" w:rsidRPr="00515DEE">
                              <w:rPr>
                                <w:color w:val="000000" w:themeColor="text1"/>
                                <w:lang w:eastAsia="ja-JP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9CCB6" id="正方形/長方形 1" o:spid="_x0000_s1026" style="position:absolute;left:0;text-align:left;margin-left:72.9pt;margin-top:5.85pt;width:358.5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" fillcolor="white [3212]" strokecolor="black [3213]">
                <v:shadow on="t" type="perspective" color="black" origin=",.5" offset="0,0" matrix="655f,,,655f"/>
                <v:textbox>
                  <w:txbxContent>
                    <w:p w14:paraId="0A0AB391" w14:textId="524B5CA4" w:rsidR="00515DEE" w:rsidRDefault="00515DEE" w:rsidP="00D437B5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何かあれば、いつでもご相談ください。</w:t>
                      </w:r>
                    </w:p>
                    <w:p w14:paraId="15EF3745" w14:textId="4B3ABCCB" w:rsidR="00515DEE" w:rsidRDefault="00D437B5" w:rsidP="00D437B5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【</w:t>
                      </w:r>
                      <w:r w:rsidR="00515D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ご相談先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】</w:t>
                      </w:r>
                      <w:r w:rsidR="003E1B90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（</w:t>
                      </w:r>
                      <w:r w:rsidR="00515D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部署名</w:t>
                      </w:r>
                      <w:r w:rsidR="003E1B90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）</w:t>
                      </w:r>
                      <w:r w:rsidR="00515D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 xml:space="preserve">　</w:t>
                      </w:r>
                      <w:r w:rsidR="003E1B90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 xml:space="preserve">　　　　　</w:t>
                      </w:r>
                      <w:r w:rsidR="00515D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 xml:space="preserve">　</w:t>
                      </w:r>
                      <w:r w:rsidR="003E1B90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（</w:t>
                      </w:r>
                      <w:r w:rsidR="00515D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氏名</w:t>
                      </w:r>
                      <w:r w:rsidR="003E1B90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）</w:t>
                      </w:r>
                    </w:p>
                    <w:p w14:paraId="1E31DFBE" w14:textId="4161717B" w:rsidR="00515DEE" w:rsidRPr="00D437B5" w:rsidRDefault="00D437B5" w:rsidP="00D437B5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【TEL】</w:t>
                      </w:r>
                      <w:r w:rsidR="00515D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 xml:space="preserve">　　　　　　　　　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【</w:t>
                      </w:r>
                      <w:r w:rsidR="00515DEE" w:rsidRPr="00515DEE">
                        <w:rPr>
                          <w:color w:val="000000" w:themeColor="text1"/>
                          <w:lang w:eastAsia="ja-JP"/>
                        </w:rPr>
                        <w:t>Mail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</w:p>
    <w:sectPr w:rsidR="00EB1DBF" w:rsidSect="001779C4">
      <w:pgSz w:w="12240" w:h="15840"/>
      <w:pgMar w:top="1134" w:right="1797" w:bottom="56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C54A5" w14:textId="77777777" w:rsidR="00480D4B" w:rsidRDefault="00480D4B" w:rsidP="00480D4B">
      <w:pPr>
        <w:spacing w:after="0" w:line="240" w:lineRule="auto"/>
      </w:pPr>
      <w:r>
        <w:separator/>
      </w:r>
    </w:p>
  </w:endnote>
  <w:endnote w:type="continuationSeparator" w:id="0">
    <w:p w14:paraId="3C95FF7C" w14:textId="77777777" w:rsidR="00480D4B" w:rsidRDefault="00480D4B" w:rsidP="00480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34EB4" w14:textId="77777777" w:rsidR="00480D4B" w:rsidRDefault="00480D4B" w:rsidP="00480D4B">
      <w:pPr>
        <w:spacing w:after="0" w:line="240" w:lineRule="auto"/>
      </w:pPr>
      <w:r>
        <w:separator/>
      </w:r>
    </w:p>
  </w:footnote>
  <w:footnote w:type="continuationSeparator" w:id="0">
    <w:p w14:paraId="555ED24E" w14:textId="77777777" w:rsidR="00480D4B" w:rsidRDefault="00480D4B" w:rsidP="00480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7244741">
    <w:abstractNumId w:val="8"/>
  </w:num>
  <w:num w:numId="2" w16cid:durableId="1806703959">
    <w:abstractNumId w:val="6"/>
  </w:num>
  <w:num w:numId="3" w16cid:durableId="1305966162">
    <w:abstractNumId w:val="5"/>
  </w:num>
  <w:num w:numId="4" w16cid:durableId="602735334">
    <w:abstractNumId w:val="4"/>
  </w:num>
  <w:num w:numId="5" w16cid:durableId="1135834528">
    <w:abstractNumId w:val="7"/>
  </w:num>
  <w:num w:numId="6" w16cid:durableId="1987394659">
    <w:abstractNumId w:val="3"/>
  </w:num>
  <w:num w:numId="7" w16cid:durableId="1875188844">
    <w:abstractNumId w:val="2"/>
  </w:num>
  <w:num w:numId="8" w16cid:durableId="856500988">
    <w:abstractNumId w:val="1"/>
  </w:num>
  <w:num w:numId="9" w16cid:durableId="851914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917"/>
    <w:rsid w:val="0006063C"/>
    <w:rsid w:val="0015074B"/>
    <w:rsid w:val="001779C4"/>
    <w:rsid w:val="00232527"/>
    <w:rsid w:val="0029639D"/>
    <w:rsid w:val="002C08B2"/>
    <w:rsid w:val="002F39A8"/>
    <w:rsid w:val="00326F90"/>
    <w:rsid w:val="00391AAA"/>
    <w:rsid w:val="003E1B90"/>
    <w:rsid w:val="00480D4B"/>
    <w:rsid w:val="004F5361"/>
    <w:rsid w:val="00502EEB"/>
    <w:rsid w:val="005074F9"/>
    <w:rsid w:val="00515DEE"/>
    <w:rsid w:val="00534252"/>
    <w:rsid w:val="00593D89"/>
    <w:rsid w:val="006721BE"/>
    <w:rsid w:val="007953D9"/>
    <w:rsid w:val="007C485E"/>
    <w:rsid w:val="007D77CA"/>
    <w:rsid w:val="00831272"/>
    <w:rsid w:val="0099312A"/>
    <w:rsid w:val="009C5BE2"/>
    <w:rsid w:val="00A524D2"/>
    <w:rsid w:val="00A81B6F"/>
    <w:rsid w:val="00AA1D8D"/>
    <w:rsid w:val="00AE22EE"/>
    <w:rsid w:val="00B47730"/>
    <w:rsid w:val="00CA3740"/>
    <w:rsid w:val="00CB0664"/>
    <w:rsid w:val="00D437B5"/>
    <w:rsid w:val="00E469FC"/>
    <w:rsid w:val="00E61A95"/>
    <w:rsid w:val="00EB1D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4253141"/>
  <w14:defaultImageDpi w14:val="300"/>
  <w15:docId w15:val="{BB41A5D7-5C20-4405-9C62-EC882C00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メイリオ" w:eastAsia="メイリオ" w:hAnsi="メイリオ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2F87B6BD1E3E74496C5981B1D896ADA" ma:contentTypeVersion="15" ma:contentTypeDescription="新しいドキュメントを作成します。" ma:contentTypeScope="" ma:versionID="4a21ebec3403a52dfb6584b7d8d73cc0">
  <xsd:schema xmlns:xsd="http://www.w3.org/2001/XMLSchema" xmlns:xs="http://www.w3.org/2001/XMLSchema" xmlns:p="http://schemas.microsoft.com/office/2006/metadata/properties" xmlns:ns2="15238849-b066-4a94-86ff-6e056aa4f3fc" xmlns:ns3="44856c1c-163a-4db4-9f2d-e69ab44d016d" targetNamespace="http://schemas.microsoft.com/office/2006/metadata/properties" ma:root="true" ma:fieldsID="888a0b0e3bf8a6cfd3338e8442a72b14" ns2:_="" ns3:_="">
    <xsd:import namespace="15238849-b066-4a94-86ff-6e056aa4f3fc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38849-b066-4a94-86ff-6e056aa4f3f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5591495-aecc-427a-98ad-88f1f6673719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15238849-b066-4a94-86ff-6e056aa4f3fc">
      <UserInfo>
        <DisplayName/>
        <AccountId xsi:nil="true"/>
        <AccountType/>
      </UserInfo>
    </Owner>
    <TaxCatchAll xmlns="44856c1c-163a-4db4-9f2d-e69ab44d016d" xsi:nil="true"/>
    <lcf76f155ced4ddcb4097134ff3c332f xmlns="15238849-b066-4a94-86ff-6e056aa4f3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5FCA29-6E1B-4D03-8FA3-4B1B71924E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641F84-437E-4C14-9547-C5396A9DD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238849-b066-4a94-86ff-6e056aa4f3fc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0E45E8-A662-428C-96B4-3A5CA82745BB}">
  <ds:schemaRefs>
    <ds:schemaRef ds:uri="http://schemas.microsoft.com/office/2006/metadata/properties"/>
    <ds:schemaRef ds:uri="http://schemas.microsoft.com/office/infopath/2007/PartnerControls"/>
    <ds:schemaRef ds:uri="15238849-b066-4a94-86ff-6e056aa4f3fc"/>
    <ds:schemaRef ds:uri="44856c1c-163a-4db4-9f2d-e69ab44d01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402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471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0x010100C2F87B6BD1E3E74496C5981B1D896ADA</vt:lpwstr>
  </property>
</Properties>
</file>