
<file path=[Content_Types].xml><?xml version="1.0" encoding="utf-8"?>
<Types xmlns="http://schemas.openxmlformats.org/package/2006/content-types">
  <Default ContentType="image/jpeg" Extension="jpeg"/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CA857" w14:textId="4F01A7A3" w:rsidR="003143FB" w:rsidRDefault="00000000" w:rsidP="005108DB">
      <w:pPr>
        <w:shd w:val="clear" w:color="auto" w:fill="F28C28"/>
        <w:jc w:val="center"/>
        <w:rPr>
          <w:lang w:eastAsia="ja-JP"/>
        </w:rPr>
      </w:pPr>
      <w:r>
        <w:rPr>
          <w:b/>
          <w:color w:val="FFFFFF"/>
          <w:sz w:val="48"/>
          <w:lang w:eastAsia="ja-JP"/>
        </w:rPr>
        <w:t xml:space="preserve"> </w:t>
      </w:r>
      <w:r w:rsidRPr="005108DB">
        <w:rPr>
          <w:rFonts w:ascii="HG丸ｺﾞｼｯｸM-PRO" w:eastAsia="HG丸ｺﾞｼｯｸM-PRO" w:hAnsi="HG丸ｺﾞｼｯｸM-PRO"/>
          <w:b/>
          <w:color w:val="FFFFFF"/>
          <w:sz w:val="48"/>
          <w:lang w:eastAsia="ja-JP"/>
        </w:rPr>
        <w:t>事業所ＰＲシートを作ってみませんか？</w:t>
      </w:r>
      <w:r w:rsidRPr="005108DB">
        <w:rPr>
          <w:rFonts w:ascii="HG丸ｺﾞｼｯｸM-PRO" w:eastAsia="HG丸ｺﾞｼｯｸM-PRO" w:hAnsi="HG丸ｺﾞｼｯｸM-PRO"/>
          <w:b/>
          <w:color w:val="FFFFFF"/>
          <w:sz w:val="48"/>
          <w:lang w:eastAsia="ja-JP"/>
        </w:rPr>
        <w:br/>
      </w:r>
      <w:r w:rsidRPr="002C56AD">
        <w:rPr>
          <w:rFonts w:ascii="HG丸ｺﾞｼｯｸM-PRO" w:eastAsia="HG丸ｺﾞｼｯｸM-PRO" w:hAnsi="HG丸ｺﾞｼｯｸM-PRO"/>
          <w:b/>
          <w:sz w:val="30"/>
          <w:lang w:eastAsia="ja-JP"/>
        </w:rPr>
        <w:t>求人票だけでは伝わらない「</w:t>
      </w:r>
      <w:r w:rsidR="005108DB" w:rsidRPr="002C56AD">
        <w:rPr>
          <w:rFonts w:ascii="HG丸ｺﾞｼｯｸM-PRO" w:eastAsia="HG丸ｺﾞｼｯｸM-PRO" w:hAnsi="HG丸ｺﾞｼｯｸM-PRO" w:hint="eastAsia"/>
          <w:b/>
          <w:sz w:val="30"/>
          <w:lang w:eastAsia="ja-JP"/>
        </w:rPr>
        <w:t>私</w:t>
      </w:r>
      <w:r w:rsidRPr="002C56AD">
        <w:rPr>
          <w:rFonts w:ascii="HG丸ｺﾞｼｯｸM-PRO" w:eastAsia="HG丸ｺﾞｼｯｸM-PRO" w:hAnsi="HG丸ｺﾞｼｯｸM-PRO"/>
          <w:b/>
          <w:sz w:val="30"/>
          <w:lang w:eastAsia="ja-JP"/>
        </w:rPr>
        <w:t>の会社の魅力」を求職者へ届けましょう！</w:t>
      </w:r>
    </w:p>
    <w:p w14:paraId="300B833E" w14:textId="75B0DE94" w:rsidR="003143FB" w:rsidRPr="005108DB" w:rsidRDefault="00000000" w:rsidP="003E673A">
      <w:pPr>
        <w:ind w:left="361" w:hangingChars="100" w:hanging="361"/>
        <w:rPr>
          <w:rFonts w:ascii="HG丸ｺﾞｼｯｸM-PRO" w:eastAsia="HG丸ｺﾞｼｯｸM-PRO" w:hAnsi="HG丸ｺﾞｼｯｸM-PRO"/>
          <w:sz w:val="24"/>
          <w:szCs w:val="24"/>
          <w:lang w:eastAsia="ja-JP"/>
        </w:rPr>
      </w:pPr>
      <w:r w:rsidRPr="00C72495">
        <w:rPr>
          <w:rFonts w:ascii="Segoe UI Emoji" w:eastAsia="HG丸ｺﾞｼｯｸM-PRO" w:hAnsi="Segoe UI Emoji" w:cs="Segoe UI Emoji"/>
          <w:b/>
          <w:bCs/>
          <w:sz w:val="36"/>
          <w:szCs w:val="36"/>
          <w:lang w:eastAsia="ja-JP"/>
        </w:rPr>
        <w:t>💬</w:t>
      </w:r>
      <w:r w:rsidRPr="00C72495">
        <w:rPr>
          <w:rFonts w:ascii="HG丸ｺﾞｼｯｸM-PRO" w:eastAsia="HG丸ｺﾞｼｯｸM-PRO" w:hAnsi="HG丸ｺﾞｼｯｸM-PRO"/>
          <w:b/>
          <w:bCs/>
          <w:sz w:val="36"/>
          <w:szCs w:val="36"/>
          <w:lang w:eastAsia="ja-JP"/>
        </w:rPr>
        <w:t xml:space="preserve"> こんなお悩みはありませんか？</w:t>
      </w:r>
      <w:r w:rsidRPr="00C72495">
        <w:rPr>
          <w:rFonts w:ascii="HG丸ｺﾞｼｯｸM-PRO" w:eastAsia="HG丸ｺﾞｼｯｸM-PRO" w:hAnsi="HG丸ｺﾞｼｯｸM-PRO"/>
          <w:b/>
          <w:bCs/>
          <w:sz w:val="36"/>
          <w:szCs w:val="36"/>
          <w:lang w:eastAsia="ja-JP"/>
        </w:rPr>
        <w:br/>
      </w:r>
      <w:r w:rsidRPr="005108DB">
        <w:rPr>
          <w:rFonts w:ascii="HG丸ｺﾞｼｯｸM-PRO" w:eastAsia="HG丸ｺﾞｼｯｸM-PRO" w:hAnsi="HG丸ｺﾞｼｯｸM-PRO"/>
          <w:sz w:val="24"/>
          <w:szCs w:val="24"/>
          <w:lang w:eastAsia="ja-JP"/>
        </w:rPr>
        <w:t>✓ 職場の雰囲気をもっと伝えたい</w:t>
      </w:r>
      <w:r w:rsidR="0065722C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 xml:space="preserve">　　　　　　</w:t>
      </w:r>
      <w:r w:rsidRPr="005108DB">
        <w:rPr>
          <w:rFonts w:ascii="HG丸ｺﾞｼｯｸM-PRO" w:eastAsia="HG丸ｺﾞｼｯｸM-PRO" w:hAnsi="HG丸ｺﾞｼｯｸM-PRO"/>
          <w:sz w:val="24"/>
          <w:szCs w:val="24"/>
          <w:lang w:eastAsia="ja-JP"/>
        </w:rPr>
        <w:t>✓ 求人票だけでは会社の魅力が伝わりにくい</w:t>
      </w:r>
      <w:r w:rsidRPr="005108DB">
        <w:rPr>
          <w:rFonts w:ascii="HG丸ｺﾞｼｯｸM-PRO" w:eastAsia="HG丸ｺﾞｼｯｸM-PRO" w:hAnsi="HG丸ｺﾞｼｯｸM-PRO"/>
          <w:sz w:val="24"/>
          <w:szCs w:val="24"/>
          <w:lang w:eastAsia="ja-JP"/>
        </w:rPr>
        <w:br/>
        <w:t>✓ 応募前に仕事内容を理解してほしい</w:t>
      </w:r>
      <w:r w:rsidR="0065722C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 xml:space="preserve">　　　　</w:t>
      </w:r>
      <w:r w:rsidRPr="005108DB">
        <w:rPr>
          <w:rFonts w:ascii="HG丸ｺﾞｼｯｸM-PRO" w:eastAsia="HG丸ｺﾞｼｯｸM-PRO" w:hAnsi="HG丸ｺﾞｼｯｸM-PRO"/>
          <w:sz w:val="24"/>
          <w:szCs w:val="24"/>
          <w:lang w:eastAsia="ja-JP"/>
        </w:rPr>
        <w:t>✓ 自社の良さをもっとＰＲしたい</w:t>
      </w:r>
    </w:p>
    <w:p w14:paraId="0B4D8837" w14:textId="29DBBE28" w:rsidR="00234A96" w:rsidRPr="00234A96" w:rsidRDefault="00234A96" w:rsidP="003E673A">
      <w:pPr>
        <w:ind w:left="80" w:hangingChars="100" w:hanging="80"/>
        <w:rPr>
          <w:rFonts w:ascii="Segoe UI Emoji" w:eastAsia="HG丸ｺﾞｼｯｸM-PRO" w:hAnsi="Segoe UI Emoji" w:cs="Segoe UI Emoji"/>
          <w:b/>
          <w:sz w:val="8"/>
          <w:szCs w:val="8"/>
          <w:lang w:eastAsia="ja-JP"/>
        </w:rPr>
      </w:pPr>
    </w:p>
    <w:p w14:paraId="7A5B74E2" w14:textId="1D146109" w:rsidR="003143FB" w:rsidRPr="005108DB" w:rsidRDefault="002C56AD" w:rsidP="003E673A">
      <w:pPr>
        <w:ind w:left="280" w:hangingChars="100" w:hanging="280"/>
        <w:rPr>
          <w:rFonts w:ascii="HG丸ｺﾞｼｯｸM-PRO" w:eastAsia="HG丸ｺﾞｼｯｸM-PRO" w:hAnsi="HG丸ｺﾞｼｯｸM-PRO"/>
          <w:sz w:val="24"/>
          <w:szCs w:val="24"/>
          <w:lang w:eastAsia="ja-JP"/>
        </w:rPr>
      </w:pPr>
      <w:r w:rsidRPr="00C72495">
        <w:rPr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6D710824" wp14:editId="440DBD0B">
            <wp:simplePos x="0" y="0"/>
            <wp:positionH relativeFrom="column">
              <wp:posOffset>4605654</wp:posOffset>
            </wp:positionH>
            <wp:positionV relativeFrom="paragraph">
              <wp:posOffset>442594</wp:posOffset>
            </wp:positionV>
            <wp:extent cx="2276475" cy="2276475"/>
            <wp:effectExtent l="0" t="0" r="0" b="0"/>
            <wp:wrapNone/>
            <wp:docPr id="8" name="図 7">
              <a:extLst xmlns:a="http://schemas.openxmlformats.org/drawingml/2006/main">
                <a:ext uri="{FF2B5EF4-FFF2-40B4-BE49-F238E27FC236}">
                  <a16:creationId xmlns:a16="http://schemas.microsoft.com/office/drawing/2014/main" id="{DC281811-AF35-4861-A14E-B620421AA6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>
                      <a:extLst>
                        <a:ext uri="{FF2B5EF4-FFF2-40B4-BE49-F238E27FC236}">
                          <a16:creationId xmlns:a16="http://schemas.microsoft.com/office/drawing/2014/main" id="{DC281811-AF35-4861-A14E-B620421AA6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2495">
        <w:rPr>
          <w:rFonts w:ascii="Segoe UI Emoji" w:eastAsia="HG丸ｺﾞｼｯｸM-PRO" w:hAnsi="Segoe UI Emoji" w:cs="Segoe UI Emoji"/>
          <w:b/>
          <w:sz w:val="36"/>
          <w:szCs w:val="36"/>
          <w:lang w:eastAsia="ja-JP"/>
        </w:rPr>
        <w:t>📌</w:t>
      </w:r>
      <w:r w:rsidRPr="00C72495">
        <w:rPr>
          <w:rFonts w:ascii="HG丸ｺﾞｼｯｸM-PRO" w:eastAsia="HG丸ｺﾞｼｯｸM-PRO" w:hAnsi="HG丸ｺﾞｼｯｸM-PRO"/>
          <w:b/>
          <w:sz w:val="36"/>
          <w:szCs w:val="36"/>
          <w:lang w:eastAsia="ja-JP"/>
        </w:rPr>
        <w:t xml:space="preserve"> ハローワーク須賀川がお手伝いします！</w:t>
      </w:r>
      <w:r w:rsidR="003E673A" w:rsidRPr="00C72495">
        <w:rPr>
          <w:rFonts w:ascii="HG丸ｺﾞｼｯｸM-PRO" w:eastAsia="HG丸ｺﾞｼｯｸM-PRO" w:hAnsi="HG丸ｺﾞｼｯｸM-PRO"/>
          <w:b/>
          <w:sz w:val="36"/>
          <w:szCs w:val="36"/>
          <w:lang w:eastAsia="ja-JP"/>
        </w:rPr>
        <w:br/>
      </w:r>
      <w:r w:rsidR="00297825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ハローワーク</w:t>
      </w:r>
      <w:r w:rsidRPr="005108DB">
        <w:rPr>
          <w:rFonts w:ascii="HG丸ｺﾞｼｯｸM-PRO" w:eastAsia="HG丸ｺﾞｼｯｸM-PRO" w:hAnsi="HG丸ｺﾞｼｯｸM-PRO"/>
          <w:sz w:val="24"/>
          <w:szCs w:val="24"/>
          <w:lang w:eastAsia="ja-JP"/>
        </w:rPr>
        <w:t>内の「事業所ＰＲコーナー」で、写真やメッセージを使って求人票には載せきれない会社の魅力を紹介できます。</w:t>
      </w:r>
    </w:p>
    <w:tbl>
      <w:tblPr>
        <w:tblStyle w:val="afe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118"/>
      </w:tblGrid>
      <w:tr w:rsidR="003143FB" w:rsidRPr="005108DB" w14:paraId="34A9EAA0" w14:textId="77777777" w:rsidTr="00234A96">
        <w:trPr>
          <w:trHeight w:val="1737"/>
        </w:trPr>
        <w:tc>
          <w:tcPr>
            <w:tcW w:w="3260" w:type="dxa"/>
          </w:tcPr>
          <w:p w14:paraId="7D0FE107" w14:textId="72F08CDD" w:rsidR="003143FB" w:rsidRPr="005108DB" w:rsidRDefault="00000000">
            <w:pPr>
              <w:rPr>
                <w:rFonts w:ascii="HG丸ｺﾞｼｯｸM-PRO" w:eastAsia="HG丸ｺﾞｼｯｸM-PRO" w:hAnsi="HG丸ｺﾞｼｯｸM-PRO"/>
                <w:sz w:val="24"/>
                <w:szCs w:val="24"/>
                <w:lang w:eastAsia="ja-JP"/>
              </w:rPr>
            </w:pPr>
            <w:r w:rsidRPr="005108DB">
              <w:rPr>
                <w:rFonts w:ascii="Segoe UI Emoji" w:eastAsia="HG丸ｺﾞｼｯｸM-PRO" w:hAnsi="Segoe UI Emoji" w:cs="Segoe UI Emoji"/>
                <w:sz w:val="24"/>
                <w:szCs w:val="24"/>
                <w:lang w:eastAsia="ja-JP"/>
              </w:rPr>
              <w:t>🌟</w:t>
            </w:r>
            <w:r w:rsidRPr="005108DB">
              <w:rPr>
                <w:rFonts w:ascii="HG丸ｺﾞｼｯｸM-PRO" w:eastAsia="HG丸ｺﾞｼｯｸM-PRO" w:hAnsi="HG丸ｺﾞｼｯｸM-PRO"/>
                <w:sz w:val="24"/>
                <w:szCs w:val="24"/>
                <w:lang w:eastAsia="ja-JP"/>
              </w:rPr>
              <w:t>ＰＲできること</w:t>
            </w:r>
            <w:r w:rsidRPr="005108DB">
              <w:rPr>
                <w:rFonts w:ascii="HG丸ｺﾞｼｯｸM-PRO" w:eastAsia="HG丸ｺﾞｼｯｸM-PRO" w:hAnsi="HG丸ｺﾞｼｯｸM-PRO"/>
                <w:sz w:val="24"/>
                <w:szCs w:val="24"/>
                <w:lang w:eastAsia="ja-JP"/>
              </w:rPr>
              <w:br/>
              <w:t>・職場風景</w:t>
            </w:r>
            <w:r w:rsidRPr="005108DB">
              <w:rPr>
                <w:rFonts w:ascii="HG丸ｺﾞｼｯｸM-PRO" w:eastAsia="HG丸ｺﾞｼｯｸM-PRO" w:hAnsi="HG丸ｺﾞｼｯｸM-PRO"/>
                <w:sz w:val="24"/>
                <w:szCs w:val="24"/>
                <w:lang w:eastAsia="ja-JP"/>
              </w:rPr>
              <w:br/>
              <w:t>・社員の声</w:t>
            </w:r>
            <w:r w:rsidRPr="005108DB">
              <w:rPr>
                <w:rFonts w:ascii="HG丸ｺﾞｼｯｸM-PRO" w:eastAsia="HG丸ｺﾞｼｯｸM-PRO" w:hAnsi="HG丸ｺﾞｼｯｸM-PRO"/>
                <w:sz w:val="24"/>
                <w:szCs w:val="24"/>
                <w:lang w:eastAsia="ja-JP"/>
              </w:rPr>
              <w:br/>
              <w:t>・福利厚生</w:t>
            </w:r>
            <w:r w:rsidRPr="005108DB">
              <w:rPr>
                <w:rFonts w:ascii="HG丸ｺﾞｼｯｸM-PRO" w:eastAsia="HG丸ｺﾞｼｯｸM-PRO" w:hAnsi="HG丸ｺﾞｼｯｸM-PRO"/>
                <w:sz w:val="24"/>
                <w:szCs w:val="24"/>
                <w:lang w:eastAsia="ja-JP"/>
              </w:rPr>
              <w:br/>
              <w:t>・企業の特色</w:t>
            </w:r>
          </w:p>
        </w:tc>
        <w:tc>
          <w:tcPr>
            <w:tcW w:w="3118" w:type="dxa"/>
          </w:tcPr>
          <w:p w14:paraId="71BDDA7D" w14:textId="054E74A9" w:rsidR="003143FB" w:rsidRPr="005108DB" w:rsidRDefault="00000000">
            <w:pPr>
              <w:rPr>
                <w:rFonts w:ascii="HG丸ｺﾞｼｯｸM-PRO" w:eastAsia="HG丸ｺﾞｼｯｸM-PRO" w:hAnsi="HG丸ｺﾞｼｯｸM-PRO"/>
                <w:sz w:val="24"/>
                <w:szCs w:val="24"/>
                <w:lang w:eastAsia="ja-JP"/>
              </w:rPr>
            </w:pPr>
            <w:r w:rsidRPr="005108DB">
              <w:rPr>
                <w:rFonts w:ascii="Segoe UI Emoji" w:eastAsia="HG丸ｺﾞｼｯｸM-PRO" w:hAnsi="Segoe UI Emoji" w:cs="Segoe UI Emoji"/>
                <w:sz w:val="24"/>
                <w:szCs w:val="24"/>
                <w:lang w:eastAsia="ja-JP"/>
              </w:rPr>
              <w:t>🌟</w:t>
            </w:r>
            <w:r w:rsidRPr="005108DB">
              <w:rPr>
                <w:rFonts w:ascii="HG丸ｺﾞｼｯｸM-PRO" w:eastAsia="HG丸ｺﾞｼｯｸM-PRO" w:hAnsi="HG丸ｺﾞｼｯｸM-PRO"/>
                <w:sz w:val="24"/>
                <w:szCs w:val="24"/>
                <w:lang w:eastAsia="ja-JP"/>
              </w:rPr>
              <w:t>メリット</w:t>
            </w:r>
            <w:r w:rsidRPr="005108DB">
              <w:rPr>
                <w:rFonts w:ascii="HG丸ｺﾞｼｯｸM-PRO" w:eastAsia="HG丸ｺﾞｼｯｸM-PRO" w:hAnsi="HG丸ｺﾞｼｯｸM-PRO"/>
                <w:sz w:val="24"/>
                <w:szCs w:val="24"/>
                <w:lang w:eastAsia="ja-JP"/>
              </w:rPr>
              <w:br/>
              <w:t>・応募促進</w:t>
            </w:r>
            <w:r w:rsidRPr="005108DB">
              <w:rPr>
                <w:rFonts w:ascii="HG丸ｺﾞｼｯｸM-PRO" w:eastAsia="HG丸ｺﾞｼｯｸM-PRO" w:hAnsi="HG丸ｺﾞｼｯｸM-PRO"/>
                <w:sz w:val="24"/>
                <w:szCs w:val="24"/>
                <w:lang w:eastAsia="ja-JP"/>
              </w:rPr>
              <w:br/>
              <w:t>・企業理解の向上</w:t>
            </w:r>
            <w:r w:rsidRPr="005108DB">
              <w:rPr>
                <w:rFonts w:ascii="HG丸ｺﾞｼｯｸM-PRO" w:eastAsia="HG丸ｺﾞｼｯｸM-PRO" w:hAnsi="HG丸ｺﾞｼｯｸM-PRO"/>
                <w:sz w:val="24"/>
                <w:szCs w:val="24"/>
                <w:lang w:eastAsia="ja-JP"/>
              </w:rPr>
              <w:br/>
              <w:t>・職場の魅力発信</w:t>
            </w:r>
            <w:r w:rsidRPr="005108DB">
              <w:rPr>
                <w:rFonts w:ascii="HG丸ｺﾞｼｯｸM-PRO" w:eastAsia="HG丸ｺﾞｼｯｸM-PRO" w:hAnsi="HG丸ｺﾞｼｯｸM-PRO"/>
                <w:sz w:val="24"/>
                <w:szCs w:val="24"/>
                <w:lang w:eastAsia="ja-JP"/>
              </w:rPr>
              <w:br/>
              <w:t>・ミスマッチ防止</w:t>
            </w:r>
          </w:p>
        </w:tc>
      </w:tr>
    </w:tbl>
    <w:p w14:paraId="20F04463" w14:textId="4402E38F" w:rsidR="00234A96" w:rsidRPr="00234A96" w:rsidRDefault="00234A96" w:rsidP="003E673A">
      <w:pPr>
        <w:ind w:left="100" w:hangingChars="100" w:hanging="100"/>
        <w:rPr>
          <w:rFonts w:ascii="Segoe UI Emoji" w:eastAsia="HG丸ｺﾞｼｯｸM-PRO" w:hAnsi="Segoe UI Emoji" w:cs="Segoe UI Emoji"/>
          <w:b/>
          <w:bCs/>
          <w:sz w:val="10"/>
          <w:szCs w:val="10"/>
          <w:lang w:eastAsia="ja-JP"/>
        </w:rPr>
      </w:pPr>
    </w:p>
    <w:p w14:paraId="329A9587" w14:textId="15D22747" w:rsidR="003143FB" w:rsidRDefault="00EA5DAB" w:rsidP="003E673A">
      <w:pPr>
        <w:ind w:left="562" w:hangingChars="100" w:hanging="562"/>
        <w:rPr>
          <w:rFonts w:ascii="HG丸ｺﾞｼｯｸM-PRO" w:eastAsia="HG丸ｺﾞｼｯｸM-PRO" w:hAnsi="HG丸ｺﾞｼｯｸM-PRO"/>
          <w:sz w:val="24"/>
          <w:szCs w:val="24"/>
          <w:lang w:eastAsia="ja-JP"/>
        </w:rPr>
      </w:pPr>
      <w:r w:rsidRPr="00C72495">
        <w:rPr>
          <w:b/>
          <w:noProof/>
          <w:color w:val="FFFFFF"/>
          <w:sz w:val="56"/>
          <w:szCs w:val="28"/>
          <w:lang w:eastAsia="ja-JP"/>
        </w:rPr>
        <w:drawing>
          <wp:anchor distT="0" distB="0" distL="114300" distR="114300" simplePos="0" relativeHeight="251655168" behindDoc="0" locked="0" layoutInCell="1" allowOverlap="1" wp14:anchorId="44DD4826" wp14:editId="4DABA731">
            <wp:simplePos x="0" y="0"/>
            <wp:positionH relativeFrom="column">
              <wp:posOffset>4710680</wp:posOffset>
            </wp:positionH>
            <wp:positionV relativeFrom="paragraph">
              <wp:posOffset>850900</wp:posOffset>
            </wp:positionV>
            <wp:extent cx="975360" cy="1380209"/>
            <wp:effectExtent l="0" t="0" r="0" b="0"/>
            <wp:wrapNone/>
            <wp:docPr id="157518029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180292" name="図 157518029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13802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2C33" w:rsidRPr="00C72495">
        <w:rPr>
          <w:rFonts w:ascii="Segoe UI Emoji" w:eastAsia="HG丸ｺﾞｼｯｸM-PRO" w:hAnsi="Segoe UI Emoji" w:cs="Segoe UI Emoji"/>
          <w:b/>
          <w:bCs/>
          <w:sz w:val="36"/>
          <w:szCs w:val="36"/>
          <w:lang w:eastAsia="ja-JP"/>
        </w:rPr>
        <w:t>✅</w:t>
      </w:r>
      <w:r w:rsidR="00DF2C33" w:rsidRPr="00C72495">
        <w:rPr>
          <w:rFonts w:ascii="HG丸ｺﾞｼｯｸM-PRO" w:eastAsia="HG丸ｺﾞｼｯｸM-PRO" w:hAnsi="HG丸ｺﾞｼｯｸM-PRO"/>
          <w:b/>
          <w:bCs/>
          <w:sz w:val="36"/>
          <w:szCs w:val="36"/>
          <w:lang w:eastAsia="ja-JP"/>
        </w:rPr>
        <w:t xml:space="preserve"> ご利用いただける事業所</w:t>
      </w:r>
      <w:r w:rsidR="003E673A" w:rsidRPr="00C72495">
        <w:rPr>
          <w:rFonts w:ascii="HG丸ｺﾞｼｯｸM-PRO" w:eastAsia="HG丸ｺﾞｼｯｸM-PRO" w:hAnsi="HG丸ｺﾞｼｯｸM-PRO"/>
          <w:b/>
          <w:bCs/>
          <w:sz w:val="36"/>
          <w:szCs w:val="36"/>
          <w:lang w:eastAsia="ja-JP"/>
        </w:rPr>
        <w:br/>
      </w:r>
      <w:r w:rsidR="00DF2C33" w:rsidRPr="005108DB">
        <w:rPr>
          <w:rFonts w:ascii="HG丸ｺﾞｼｯｸM-PRO" w:eastAsia="HG丸ｺﾞｼｯｸM-PRO" w:hAnsi="HG丸ｺﾞｼｯｸM-PRO"/>
          <w:sz w:val="24"/>
          <w:szCs w:val="24"/>
          <w:lang w:eastAsia="ja-JP"/>
        </w:rPr>
        <w:t>ハローワーク須賀川管内（須賀川市・石川町・浅川町・古殿町・鏡石町・天栄村・玉川村・平田村）に就業場所があり、有効中の求人がある事業所</w:t>
      </w:r>
    </w:p>
    <w:p w14:paraId="225071B4" w14:textId="2765B1E3" w:rsidR="00234A96" w:rsidRPr="00234A96" w:rsidRDefault="00353783">
      <w:pPr>
        <w:rPr>
          <w:rFonts w:ascii="Segoe UI Emoji" w:eastAsia="HG丸ｺﾞｼｯｸM-PRO" w:hAnsi="Segoe UI Emoji" w:cs="Segoe UI Emoji"/>
          <w:b/>
          <w:bCs/>
          <w:sz w:val="10"/>
          <w:szCs w:val="10"/>
          <w:lang w:eastAsia="ja-JP"/>
        </w:rPr>
      </w:pPr>
      <w:r>
        <w:rPr>
          <w:rFonts w:ascii="HG丸ｺﾞｼｯｸM-PRO" w:eastAsia="HG丸ｺﾞｼｯｸM-PRO" w:hAnsi="HG丸ｺﾞｼｯｸM-PRO"/>
          <w:b/>
          <w:bCs/>
          <w:noProof/>
          <w:sz w:val="28"/>
          <w:szCs w:val="28"/>
          <w:lang w:eastAsia="ja-JP"/>
        </w:rPr>
        <w:drawing>
          <wp:anchor distT="0" distB="0" distL="114300" distR="114300" simplePos="0" relativeHeight="251649024" behindDoc="0" locked="0" layoutInCell="1" allowOverlap="1" wp14:anchorId="55CC2B15" wp14:editId="506A0811">
            <wp:simplePos x="0" y="0"/>
            <wp:positionH relativeFrom="column">
              <wp:posOffset>5910580</wp:posOffset>
            </wp:positionH>
            <wp:positionV relativeFrom="paragraph">
              <wp:posOffset>48895</wp:posOffset>
            </wp:positionV>
            <wp:extent cx="981075" cy="1385984"/>
            <wp:effectExtent l="0" t="0" r="0" b="5080"/>
            <wp:wrapNone/>
            <wp:docPr id="284083942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083942" name="図 28408394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385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A685E1" w14:textId="22E7B4CB" w:rsidR="003143FB" w:rsidRPr="00C72495" w:rsidRDefault="00CD0E3C">
      <w:pPr>
        <w:rPr>
          <w:rFonts w:ascii="HG丸ｺﾞｼｯｸM-PRO" w:eastAsia="HG丸ｺﾞｼｯｸM-PRO" w:hAnsi="HG丸ｺﾞｼｯｸM-PRO"/>
          <w:b/>
          <w:bCs/>
          <w:sz w:val="36"/>
          <w:szCs w:val="36"/>
          <w:lang w:eastAsia="ja-JP"/>
        </w:rPr>
      </w:pPr>
      <w:r w:rsidRPr="00C72495">
        <w:rPr>
          <w:rFonts w:ascii="HG丸ｺﾞｼｯｸM-PRO" w:eastAsia="HG丸ｺﾞｼｯｸM-PRO" w:hAnsi="HG丸ｺﾞｼｯｸM-PRO" w:hint="eastAsia"/>
          <w:b/>
          <w:bCs/>
          <w:noProof/>
          <w:sz w:val="36"/>
          <w:szCs w:val="36"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6C5B6B" wp14:editId="38B4435C">
                <wp:simplePos x="0" y="0"/>
                <wp:positionH relativeFrom="column">
                  <wp:posOffset>5815330</wp:posOffset>
                </wp:positionH>
                <wp:positionV relativeFrom="paragraph">
                  <wp:posOffset>299085</wp:posOffset>
                </wp:positionV>
                <wp:extent cx="1238250" cy="238125"/>
                <wp:effectExtent l="0" t="95250" r="0" b="104775"/>
                <wp:wrapNone/>
                <wp:docPr id="88171809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86970">
                          <a:off x="0" y="0"/>
                          <a:ext cx="12382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7799CD" w14:textId="0807BFC8" w:rsidR="00CD0E3C" w:rsidRPr="00CD0E3C" w:rsidRDefault="00CD0E3C" w:rsidP="00CD0E3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1F497D" w:themeColor="text2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CD0E3C">
                              <w:rPr>
                                <w:rFonts w:ascii="HG丸ｺﾞｼｯｸM-PRO" w:eastAsia="HG丸ｺﾞｼｯｸM-PRO" w:hAnsi="HG丸ｺﾞｼｯｸM-PRO" w:hint="eastAsia"/>
                                <w:color w:val="1F497D" w:themeColor="text2"/>
                                <w:sz w:val="20"/>
                                <w:szCs w:val="20"/>
                                <w:lang w:eastAsia="ja-JP"/>
                              </w:rPr>
                              <w:t>建設・運輸・警備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C5B6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457.9pt;margin-top:23.55pt;width:97.5pt;height:18.75pt;rotation:-778819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" filled="f" stroked="f" strokeweight=".5pt">
                <v:textbox>
                  <w:txbxContent>
                    <w:p w14:paraId="137799CD" w14:textId="0807BFC8" w:rsidR="00CD0E3C" w:rsidRPr="00CD0E3C" w:rsidRDefault="00CD0E3C" w:rsidP="00CD0E3C">
                      <w:pPr>
                        <w:rPr>
                          <w:rFonts w:ascii="HG丸ｺﾞｼｯｸM-PRO" w:eastAsia="HG丸ｺﾞｼｯｸM-PRO" w:hAnsi="HG丸ｺﾞｼｯｸM-PRO"/>
                          <w:color w:val="1F497D" w:themeColor="text2"/>
                          <w:sz w:val="20"/>
                          <w:szCs w:val="20"/>
                          <w:lang w:eastAsia="ja-JP"/>
                        </w:rPr>
                      </w:pPr>
                      <w:r w:rsidRPr="00CD0E3C">
                        <w:rPr>
                          <w:rFonts w:ascii="HG丸ｺﾞｼｯｸM-PRO" w:eastAsia="HG丸ｺﾞｼｯｸM-PRO" w:hAnsi="HG丸ｺﾞｼｯｸM-PRO" w:hint="eastAsia"/>
                          <w:color w:val="1F497D" w:themeColor="text2"/>
                          <w:sz w:val="20"/>
                          <w:szCs w:val="20"/>
                          <w:lang w:eastAsia="ja-JP"/>
                        </w:rPr>
                        <w:t>建設・運輸・警備</w:t>
                      </w:r>
                    </w:p>
                  </w:txbxContent>
                </v:textbox>
              </v:shape>
            </w:pict>
          </mc:Fallback>
        </mc:AlternateContent>
      </w:r>
      <w:r w:rsidRPr="00C72495">
        <w:rPr>
          <w:rFonts w:ascii="HG丸ｺﾞｼｯｸM-PRO" w:eastAsia="HG丸ｺﾞｼｯｸM-PRO" w:hAnsi="HG丸ｺﾞｼｯｸM-PRO" w:hint="eastAsia"/>
          <w:b/>
          <w:bCs/>
          <w:noProof/>
          <w:sz w:val="36"/>
          <w:szCs w:val="36"/>
          <w:lang w:eastAsia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B3143A" wp14:editId="4BD17ACF">
                <wp:simplePos x="0" y="0"/>
                <wp:positionH relativeFrom="column">
                  <wp:posOffset>4616270</wp:posOffset>
                </wp:positionH>
                <wp:positionV relativeFrom="paragraph">
                  <wp:posOffset>102870</wp:posOffset>
                </wp:positionV>
                <wp:extent cx="1238250" cy="238125"/>
                <wp:effectExtent l="0" t="95250" r="0" b="104775"/>
                <wp:wrapNone/>
                <wp:docPr id="133783740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86970">
                          <a:off x="0" y="0"/>
                          <a:ext cx="12382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2E0CE" w14:textId="15C4050A" w:rsidR="00CD0E3C" w:rsidRPr="00CD0E3C" w:rsidRDefault="00CD0E3C" w:rsidP="00CD0E3C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CD0E3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0"/>
                                <w:szCs w:val="20"/>
                                <w:lang w:eastAsia="ja-JP"/>
                              </w:rPr>
                              <w:t>医療・介護・保育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3143A" id="_x0000_s1027" type="#_x0000_t202" style="position:absolute;margin-left:363.5pt;margin-top:8.1pt;width:97.5pt;height:18.75pt;rotation:-778819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" filled="f" stroked="f" strokeweight=".5pt">
                <v:textbox>
                  <w:txbxContent>
                    <w:p w14:paraId="6872E0CE" w14:textId="15C4050A" w:rsidR="00CD0E3C" w:rsidRPr="00CD0E3C" w:rsidRDefault="00CD0E3C" w:rsidP="00CD0E3C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  <w:lang w:eastAsia="ja-JP"/>
                        </w:rPr>
                      </w:pPr>
                      <w:r w:rsidRPr="00CD0E3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0"/>
                          <w:szCs w:val="20"/>
                          <w:lang w:eastAsia="ja-JP"/>
                        </w:rPr>
                        <w:t>医療・介護・保育</w:t>
                      </w:r>
                    </w:p>
                  </w:txbxContent>
                </v:textbox>
              </v:shape>
            </w:pict>
          </mc:Fallback>
        </mc:AlternateContent>
      </w:r>
      <w:r w:rsidRPr="00C72495">
        <w:rPr>
          <w:rFonts w:ascii="Segoe UI Emoji" w:eastAsia="HG丸ｺﾞｼｯｸM-PRO" w:hAnsi="Segoe UI Emoji" w:cs="Segoe UI Emoji"/>
          <w:b/>
          <w:bCs/>
          <w:sz w:val="36"/>
          <w:szCs w:val="36"/>
          <w:lang w:eastAsia="ja-JP"/>
        </w:rPr>
        <w:t>📅</w:t>
      </w:r>
      <w:r w:rsidRPr="00C72495">
        <w:rPr>
          <w:rFonts w:ascii="HG丸ｺﾞｼｯｸM-PRO" w:eastAsia="HG丸ｺﾞｼｯｸM-PRO" w:hAnsi="HG丸ｺﾞｼｯｸM-PRO"/>
          <w:b/>
          <w:bCs/>
          <w:sz w:val="36"/>
          <w:szCs w:val="36"/>
          <w:lang w:eastAsia="ja-JP"/>
        </w:rPr>
        <w:t xml:space="preserve"> 掲載期間：原則１か月</w:t>
      </w:r>
      <w:r w:rsidR="005108DB" w:rsidRPr="00C72495">
        <w:rPr>
          <w:rFonts w:ascii="HG丸ｺﾞｼｯｸM-PRO" w:eastAsia="HG丸ｺﾞｼｯｸM-PRO" w:hAnsi="HG丸ｺﾞｼｯｸM-PRO" w:hint="eastAsia"/>
          <w:b/>
          <w:bCs/>
          <w:sz w:val="36"/>
          <w:szCs w:val="36"/>
          <w:lang w:eastAsia="ja-JP"/>
        </w:rPr>
        <w:t>です</w:t>
      </w:r>
    </w:p>
    <w:p w14:paraId="03DFBB58" w14:textId="268836BF" w:rsidR="00234A96" w:rsidRPr="00234A96" w:rsidRDefault="00234A96">
      <w:pPr>
        <w:rPr>
          <w:rFonts w:ascii="Segoe UI Emoji" w:eastAsia="HG丸ｺﾞｼｯｸM-PRO" w:hAnsi="Segoe UI Emoji" w:cs="Segoe UI Emoji"/>
          <w:b/>
          <w:sz w:val="10"/>
          <w:szCs w:val="10"/>
          <w:lang w:eastAsia="ja-JP"/>
        </w:rPr>
      </w:pPr>
    </w:p>
    <w:p w14:paraId="3A4A9303" w14:textId="635FE204" w:rsidR="003143FB" w:rsidRPr="00C72495" w:rsidRDefault="00C72495">
      <w:pPr>
        <w:rPr>
          <w:rFonts w:ascii="HG丸ｺﾞｼｯｸM-PRO" w:eastAsia="HG丸ｺﾞｼｯｸM-PRO" w:hAnsi="HG丸ｺﾞｼｯｸM-PRO"/>
          <w:sz w:val="36"/>
          <w:szCs w:val="36"/>
          <w:lang w:eastAsia="ja-JP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28"/>
          <w:szCs w:val="28"/>
          <w:lang w:eastAsia="ja-JP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6AAC7D1" wp14:editId="6624EE0F">
                <wp:simplePos x="0" y="0"/>
                <wp:positionH relativeFrom="column">
                  <wp:posOffset>3634105</wp:posOffset>
                </wp:positionH>
                <wp:positionV relativeFrom="paragraph">
                  <wp:posOffset>264160</wp:posOffset>
                </wp:positionV>
                <wp:extent cx="1257300" cy="342900"/>
                <wp:effectExtent l="0" t="0" r="0" b="0"/>
                <wp:wrapNone/>
                <wp:docPr id="122639999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DE8E4C" w14:textId="4A1F3F8E" w:rsidR="00AD3BD3" w:rsidRPr="002C56AD" w:rsidRDefault="002C56AD">
                            <w:pPr>
                              <w:rPr>
                                <w:rFonts w:ascii="HG丸ｺﾞｼｯｸM-PRO" w:eastAsia="HG丸ｺﾞｼｯｸM-PRO" w:hAnsi="HG丸ｺﾞｼｯｸM-PRO"/>
                                <w:lang w:eastAsia="ja-JP"/>
                              </w:rPr>
                            </w:pPr>
                            <w:r w:rsidRPr="002C56AD">
                              <w:rPr>
                                <w:rFonts w:ascii="HG丸ｺﾞｼｯｸM-PRO" w:eastAsia="HG丸ｺﾞｼｯｸM-PRO" w:hAnsi="HG丸ｺﾞｼｯｸM-PRO" w:hint="eastAsia"/>
                                <w:lang w:eastAsia="ja-JP"/>
                              </w:rPr>
                              <w:t>様式のDLは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AC7D1" id="_x0000_s1028" type="#_x0000_t202" style="position:absolute;margin-left:286.15pt;margin-top:20.8pt;width:99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" filled="f" stroked="f" strokeweight=".5pt">
                <v:textbox>
                  <w:txbxContent>
                    <w:p w14:paraId="6FDE8E4C" w14:textId="4A1F3F8E" w:rsidR="00AD3BD3" w:rsidRPr="002C56AD" w:rsidRDefault="002C56AD">
                      <w:pPr>
                        <w:rPr>
                          <w:rFonts w:ascii="HG丸ｺﾞｼｯｸM-PRO" w:eastAsia="HG丸ｺﾞｼｯｸM-PRO" w:hAnsi="HG丸ｺﾞｼｯｸM-PRO"/>
                          <w:lang w:eastAsia="ja-JP"/>
                        </w:rPr>
                      </w:pPr>
                      <w:r w:rsidRPr="002C56AD">
                        <w:rPr>
                          <w:rFonts w:ascii="HG丸ｺﾞｼｯｸM-PRO" w:eastAsia="HG丸ｺﾞｼｯｸM-PRO" w:hAnsi="HG丸ｺﾞｼｯｸM-PRO" w:hint="eastAsia"/>
                          <w:lang w:eastAsia="ja-JP"/>
                        </w:rPr>
                        <w:t>様式のDLは</w:t>
                      </w:r>
                    </w:p>
                  </w:txbxContent>
                </v:textbox>
              </v:shape>
            </w:pict>
          </mc:Fallback>
        </mc:AlternateContent>
      </w:r>
      <w:r w:rsidR="00AD3BD3" w:rsidRPr="00C72495">
        <w:rPr>
          <w:rFonts w:ascii="Segoe UI Emoji" w:eastAsia="HG丸ｺﾞｼｯｸM-PRO" w:hAnsi="Segoe UI Emoji" w:cs="Segoe UI Emoji"/>
          <w:b/>
          <w:sz w:val="36"/>
          <w:szCs w:val="36"/>
          <w:lang w:eastAsia="ja-JP"/>
        </w:rPr>
        <w:t>🚀</w:t>
      </w:r>
      <w:r w:rsidR="00AD3BD3" w:rsidRPr="00C72495">
        <w:rPr>
          <w:rFonts w:ascii="HG丸ｺﾞｼｯｸM-PRO" w:eastAsia="HG丸ｺﾞｼｯｸM-PRO" w:hAnsi="HG丸ｺﾞｼｯｸM-PRO"/>
          <w:b/>
          <w:sz w:val="36"/>
          <w:szCs w:val="36"/>
          <w:lang w:eastAsia="ja-JP"/>
        </w:rPr>
        <w:t xml:space="preserve"> お申込みはかんたん３ステップ</w:t>
      </w:r>
    </w:p>
    <w:p w14:paraId="566F573D" w14:textId="2E0F932F" w:rsidR="003143FB" w:rsidRDefault="002671AA" w:rsidP="00234A96">
      <w:pPr>
        <w:ind w:leftChars="150" w:left="330"/>
        <w:rPr>
          <w:rFonts w:ascii="HG丸ｺﾞｼｯｸM-PRO" w:eastAsia="HG丸ｺﾞｼｯｸM-PRO" w:hAnsi="HG丸ｺﾞｼｯｸM-PRO"/>
          <w:sz w:val="24"/>
          <w:szCs w:val="24"/>
          <w:lang w:eastAsia="ja-JP"/>
        </w:rPr>
      </w:pPr>
      <w:r>
        <w:rPr>
          <w:b/>
          <w:noProof/>
          <w:color w:val="FFFFFF"/>
          <w:sz w:val="48"/>
          <w:lang w:eastAsia="ja-JP"/>
        </w:rPr>
        <w:drawing>
          <wp:anchor distT="0" distB="0" distL="114300" distR="114300" simplePos="0" relativeHeight="251667456" behindDoc="0" locked="0" layoutInCell="1" allowOverlap="1" wp14:anchorId="529656D9" wp14:editId="2BCB03C7">
            <wp:simplePos x="0" y="0"/>
            <wp:positionH relativeFrom="column">
              <wp:posOffset>3691436</wp:posOffset>
            </wp:positionH>
            <wp:positionV relativeFrom="paragraph">
              <wp:posOffset>13335</wp:posOffset>
            </wp:positionV>
            <wp:extent cx="912676" cy="912676"/>
            <wp:effectExtent l="0" t="0" r="1905" b="1905"/>
            <wp:wrapNone/>
            <wp:docPr id="177766650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66650" name="図 17776665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2676" cy="912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7825">
        <w:rPr>
          <w:rFonts w:ascii="HG丸ｺﾞｼｯｸM-PRO" w:eastAsia="HG丸ｺﾞｼｯｸM-PRO" w:hAnsi="HG丸ｺﾞｼｯｸM-PRO" w:hint="eastAsia"/>
          <w:b/>
          <w:bCs/>
          <w:noProof/>
          <w:sz w:val="28"/>
          <w:szCs w:val="28"/>
          <w:lang w:eastAsia="ja-JP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3A0D6FE" wp14:editId="094E00A9">
                <wp:simplePos x="0" y="0"/>
                <wp:positionH relativeFrom="column">
                  <wp:posOffset>3234055</wp:posOffset>
                </wp:positionH>
                <wp:positionV relativeFrom="paragraph">
                  <wp:posOffset>388620</wp:posOffset>
                </wp:positionV>
                <wp:extent cx="304800" cy="1633855"/>
                <wp:effectExtent l="0" t="0" r="95250" b="61595"/>
                <wp:wrapNone/>
                <wp:docPr id="464638264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1633855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AAD6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9" o:spid="_x0000_s1026" type="#_x0000_t32" style="position:absolute;margin-left:254.65pt;margin-top:30.6pt;width:24pt;height:128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" strokecolor="red" strokeweight="1.5pt">
                <v:stroke endarrow="open"/>
              </v:shape>
            </w:pict>
          </mc:Fallback>
        </mc:AlternateContent>
      </w:r>
      <w:r w:rsidR="00C72495">
        <w:rPr>
          <w:rFonts w:ascii="HG丸ｺﾞｼｯｸM-PRO" w:eastAsia="HG丸ｺﾞｼｯｸM-PRO" w:hAnsi="HG丸ｺﾞｼｯｸM-PRO" w:hint="eastAsia"/>
          <w:b/>
          <w:bCs/>
          <w:noProof/>
          <w:sz w:val="28"/>
          <w:szCs w:val="28"/>
          <w:lang w:eastAsia="ja-JP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85F90F8" wp14:editId="7783E890">
                <wp:simplePos x="0" y="0"/>
                <wp:positionH relativeFrom="column">
                  <wp:posOffset>5368924</wp:posOffset>
                </wp:positionH>
                <wp:positionV relativeFrom="paragraph">
                  <wp:posOffset>525780</wp:posOffset>
                </wp:positionV>
                <wp:extent cx="820021" cy="245412"/>
                <wp:effectExtent l="0" t="57150" r="0" b="59690"/>
                <wp:wrapNone/>
                <wp:docPr id="371525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86970">
                          <a:off x="0" y="0"/>
                          <a:ext cx="820021" cy="2454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569B6B" w14:textId="3606D747" w:rsidR="00CD0E3C" w:rsidRPr="00CD0E3C" w:rsidRDefault="00CD0E3C" w:rsidP="00CD0E3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258B6B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CD0E3C">
                              <w:rPr>
                                <w:rFonts w:ascii="HG丸ｺﾞｼｯｸM-PRO" w:eastAsia="HG丸ｺﾞｼｯｸM-PRO" w:hAnsi="HG丸ｺﾞｼｯｸM-PRO" w:hint="eastAsia"/>
                                <w:color w:val="258B6B"/>
                                <w:sz w:val="20"/>
                                <w:szCs w:val="20"/>
                                <w:lang w:eastAsia="ja-JP"/>
                              </w:rPr>
                              <w:t>その他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F90F8" id="_x0000_s1029" type="#_x0000_t202" style="position:absolute;left:0;text-align:left;margin-left:422.75pt;margin-top:41.4pt;width:64.55pt;height:19.3pt;rotation:-778819fd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" filled="f" stroked="f" strokeweight=".5pt">
                <v:textbox>
                  <w:txbxContent>
                    <w:p w14:paraId="49569B6B" w14:textId="3606D747" w:rsidR="00CD0E3C" w:rsidRPr="00CD0E3C" w:rsidRDefault="00CD0E3C" w:rsidP="00CD0E3C">
                      <w:pPr>
                        <w:rPr>
                          <w:rFonts w:ascii="HG丸ｺﾞｼｯｸM-PRO" w:eastAsia="HG丸ｺﾞｼｯｸM-PRO" w:hAnsi="HG丸ｺﾞｼｯｸM-PRO"/>
                          <w:color w:val="258B6B"/>
                          <w:sz w:val="20"/>
                          <w:szCs w:val="20"/>
                          <w:lang w:eastAsia="ja-JP"/>
                        </w:rPr>
                      </w:pPr>
                      <w:r w:rsidRPr="00CD0E3C">
                        <w:rPr>
                          <w:rFonts w:ascii="HG丸ｺﾞｼｯｸM-PRO" w:eastAsia="HG丸ｺﾞｼｯｸM-PRO" w:hAnsi="HG丸ｺﾞｼｯｸM-PRO" w:hint="eastAsia"/>
                          <w:color w:val="258B6B"/>
                          <w:sz w:val="20"/>
                          <w:szCs w:val="20"/>
                          <w:lang w:eastAsia="ja-JP"/>
                        </w:rPr>
                        <w:t>その他</w:t>
                      </w:r>
                    </w:p>
                  </w:txbxContent>
                </v:textbox>
              </v:shape>
            </w:pict>
          </mc:Fallback>
        </mc:AlternateContent>
      </w:r>
      <w:r w:rsidR="00C72495">
        <w:rPr>
          <w:rFonts w:ascii="HG丸ｺﾞｼｯｸM-PRO" w:eastAsia="HG丸ｺﾞｼｯｸM-PRO" w:hAnsi="HG丸ｺﾞｼｯｸM-PRO"/>
          <w:noProof/>
          <w:sz w:val="24"/>
          <w:szCs w:val="24"/>
          <w:lang w:eastAsia="ja-JP"/>
        </w:rPr>
        <w:drawing>
          <wp:anchor distT="0" distB="0" distL="114300" distR="114300" simplePos="0" relativeHeight="251660800" behindDoc="0" locked="0" layoutInCell="1" allowOverlap="1" wp14:anchorId="235B3BBF" wp14:editId="67A74BD8">
            <wp:simplePos x="0" y="0"/>
            <wp:positionH relativeFrom="column">
              <wp:posOffset>5196205</wp:posOffset>
            </wp:positionH>
            <wp:positionV relativeFrom="paragraph">
              <wp:posOffset>100965</wp:posOffset>
            </wp:positionV>
            <wp:extent cx="974832" cy="1381125"/>
            <wp:effectExtent l="0" t="0" r="0" b="0"/>
            <wp:wrapNone/>
            <wp:docPr id="31861803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832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1804" w:rsidRPr="005108DB">
        <w:rPr>
          <w:rFonts w:ascii="HG丸ｺﾞｼｯｸM-PRO" w:eastAsia="HG丸ｺﾞｼｯｸM-PRO" w:hAnsi="HG丸ｺﾞｼｯｸM-PRO"/>
          <w:sz w:val="24"/>
          <w:szCs w:val="24"/>
          <w:lang w:eastAsia="ja-JP"/>
        </w:rPr>
        <w:t>① ホームページから指定様式をダウンロード</w:t>
      </w:r>
      <w:r w:rsidR="00234A96">
        <w:rPr>
          <w:rFonts w:ascii="HG丸ｺﾞｼｯｸM-PRO" w:eastAsia="HG丸ｺﾞｼｯｸM-PRO" w:hAnsi="HG丸ｺﾞｼｯｸM-PRO"/>
          <w:sz w:val="24"/>
          <w:szCs w:val="24"/>
          <w:lang w:eastAsia="ja-JP"/>
        </w:rPr>
        <w:br/>
      </w:r>
      <w:r w:rsidR="00511804" w:rsidRPr="005108DB">
        <w:rPr>
          <w:rFonts w:ascii="HG丸ｺﾞｼｯｸM-PRO" w:eastAsia="HG丸ｺﾞｼｯｸM-PRO" w:hAnsi="HG丸ｺﾞｼｯｸM-PRO"/>
          <w:sz w:val="24"/>
          <w:szCs w:val="24"/>
          <w:lang w:eastAsia="ja-JP"/>
        </w:rPr>
        <w:t>② 必要事項を入力して</w:t>
      </w:r>
      <w:r w:rsidR="00AD3BD3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下記</w:t>
      </w:r>
      <w:r w:rsidR="00511804" w:rsidRPr="005108DB">
        <w:rPr>
          <w:rFonts w:ascii="HG丸ｺﾞｼｯｸM-PRO" w:eastAsia="HG丸ｺﾞｼｯｸM-PRO" w:hAnsi="HG丸ｺﾞｼｯｸM-PRO"/>
          <w:sz w:val="24"/>
          <w:szCs w:val="24"/>
          <w:lang w:eastAsia="ja-JP"/>
        </w:rPr>
        <w:t>メール</w:t>
      </w:r>
      <w:r w:rsidR="00AD3BD3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あて</w:t>
      </w:r>
      <w:r w:rsidR="00511804" w:rsidRPr="005108DB">
        <w:rPr>
          <w:rFonts w:ascii="HG丸ｺﾞｼｯｸM-PRO" w:eastAsia="HG丸ｺﾞｼｯｸM-PRO" w:hAnsi="HG丸ｺﾞｼｯｸM-PRO"/>
          <w:sz w:val="24"/>
          <w:szCs w:val="24"/>
          <w:lang w:eastAsia="ja-JP"/>
        </w:rPr>
        <w:t>送信</w:t>
      </w:r>
      <w:r w:rsidR="00234A96">
        <w:rPr>
          <w:rFonts w:ascii="HG丸ｺﾞｼｯｸM-PRO" w:eastAsia="HG丸ｺﾞｼｯｸM-PRO" w:hAnsi="HG丸ｺﾞｼｯｸM-PRO"/>
          <w:sz w:val="24"/>
          <w:szCs w:val="24"/>
          <w:lang w:eastAsia="ja-JP"/>
        </w:rPr>
        <w:br/>
      </w:r>
      <w:r w:rsidR="00511804" w:rsidRPr="005108DB">
        <w:rPr>
          <w:rFonts w:ascii="HG丸ｺﾞｼｯｸM-PRO" w:eastAsia="HG丸ｺﾞｼｯｸM-PRO" w:hAnsi="HG丸ｺﾞｼｯｸM-PRO"/>
          <w:sz w:val="24"/>
          <w:szCs w:val="24"/>
          <w:lang w:eastAsia="ja-JP"/>
        </w:rPr>
        <w:t>③ 内容確認後、事業所ＰＲコーナーへ掲示</w:t>
      </w:r>
    </w:p>
    <w:p w14:paraId="08B69F29" w14:textId="2DFEE141" w:rsidR="00234A96" w:rsidRDefault="00C72495" w:rsidP="00234A96">
      <w:pPr>
        <w:ind w:left="100" w:hangingChars="100" w:hanging="100"/>
        <w:rPr>
          <w:rFonts w:ascii="HG丸ｺﾞｼｯｸM-PRO" w:eastAsia="HG丸ｺﾞｼｯｸM-PRO" w:hAnsi="HG丸ｺﾞｼｯｸM-PRO"/>
          <w:b/>
          <w:bCs/>
          <w:sz w:val="10"/>
          <w:szCs w:val="10"/>
          <w:lang w:eastAsia="ja-JP"/>
        </w:rPr>
      </w:pPr>
      <w:r>
        <w:rPr>
          <w:rFonts w:ascii="HG丸ｺﾞｼｯｸM-PRO" w:eastAsia="HG丸ｺﾞｼｯｸM-PRO" w:hAnsi="HG丸ｺﾞｼｯｸM-PRO"/>
          <w:b/>
          <w:bCs/>
          <w:sz w:val="10"/>
          <w:szCs w:val="10"/>
          <w:lang w:eastAsia="ja-JP"/>
        </w:rPr>
        <w:br/>
      </w:r>
      <w:r>
        <w:rPr>
          <w:rFonts w:ascii="HG丸ｺﾞｼｯｸM-PRO" w:eastAsia="HG丸ｺﾞｼｯｸM-PRO" w:hAnsi="HG丸ｺﾞｼｯｸM-PRO"/>
          <w:b/>
          <w:bCs/>
          <w:sz w:val="10"/>
          <w:szCs w:val="10"/>
          <w:lang w:eastAsia="ja-JP"/>
        </w:rPr>
        <w:br/>
      </w:r>
      <w:r>
        <w:rPr>
          <w:rFonts w:ascii="HG丸ｺﾞｼｯｸM-PRO" w:eastAsia="HG丸ｺﾞｼｯｸM-PRO" w:hAnsi="HG丸ｺﾞｼｯｸM-PRO"/>
          <w:b/>
          <w:bCs/>
          <w:sz w:val="10"/>
          <w:szCs w:val="10"/>
          <w:lang w:eastAsia="ja-JP"/>
        </w:rPr>
        <w:br/>
      </w:r>
      <w:r>
        <w:rPr>
          <w:rFonts w:ascii="HG丸ｺﾞｼｯｸM-PRO" w:eastAsia="HG丸ｺﾞｼｯｸM-PRO" w:hAnsi="HG丸ｺﾞｼｯｸM-PRO"/>
          <w:b/>
          <w:bCs/>
          <w:sz w:val="10"/>
          <w:szCs w:val="10"/>
          <w:lang w:eastAsia="ja-JP"/>
        </w:rPr>
        <w:br/>
      </w:r>
      <w:r>
        <w:rPr>
          <w:rFonts w:ascii="HG丸ｺﾞｼｯｸM-PRO" w:eastAsia="HG丸ｺﾞｼｯｸM-PRO" w:hAnsi="HG丸ｺﾞｼｯｸM-PRO" w:hint="eastAsia"/>
          <w:b/>
          <w:bCs/>
          <w:noProof/>
          <w:sz w:val="28"/>
          <w:szCs w:val="28"/>
          <w:lang w:eastAsia="ja-JP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ABA4CD2" wp14:editId="06BB8E9E">
                <wp:simplePos x="0" y="0"/>
                <wp:positionH relativeFrom="column">
                  <wp:posOffset>3638550</wp:posOffset>
                </wp:positionH>
                <wp:positionV relativeFrom="paragraph">
                  <wp:posOffset>114935</wp:posOffset>
                </wp:positionV>
                <wp:extent cx="1952625" cy="342900"/>
                <wp:effectExtent l="0" t="0" r="0" b="0"/>
                <wp:wrapNone/>
                <wp:docPr id="26366400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F3E06" w14:textId="0535071B" w:rsidR="00511804" w:rsidRPr="002C56AD" w:rsidRDefault="00511804" w:rsidP="00511804">
                            <w:pPr>
                              <w:rPr>
                                <w:rFonts w:ascii="HG丸ｺﾞｼｯｸM-PRO" w:eastAsia="HG丸ｺﾞｼｯｸM-PRO" w:hAnsi="HG丸ｺﾞｼｯｸM-PRO"/>
                                <w:lang w:eastAsia="ja-JP"/>
                              </w:rPr>
                            </w:pPr>
                            <w:r w:rsidRPr="002C56AD">
                              <w:rPr>
                                <w:rFonts w:ascii="HG丸ｺﾞｼｯｸM-PRO" w:eastAsia="HG丸ｺﾞｼｯｸM-PRO" w:hAnsi="HG丸ｺﾞｼｯｸM-PRO" w:hint="eastAsia"/>
                                <w:lang w:eastAsia="ja-JP"/>
                              </w:rPr>
                              <w:t>コチラ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lang w:eastAsia="ja-JP"/>
                              </w:rPr>
                              <w:t>から↑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A4CD2" id="_x0000_s1030" type="#_x0000_t202" style="position:absolute;left:0;text-align:left;margin-left:286.5pt;margin-top:9.05pt;width:153.75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" filled="f" stroked="f" strokeweight=".5pt">
                <v:textbox>
                  <w:txbxContent>
                    <w:p w14:paraId="0B3F3E06" w14:textId="0535071B" w:rsidR="00511804" w:rsidRPr="002C56AD" w:rsidRDefault="00511804" w:rsidP="00511804">
                      <w:pPr>
                        <w:rPr>
                          <w:rFonts w:ascii="HG丸ｺﾞｼｯｸM-PRO" w:eastAsia="HG丸ｺﾞｼｯｸM-PRO" w:hAnsi="HG丸ｺﾞｼｯｸM-PRO"/>
                          <w:lang w:eastAsia="ja-JP"/>
                        </w:rPr>
                      </w:pPr>
                      <w:r w:rsidRPr="002C56AD">
                        <w:rPr>
                          <w:rFonts w:ascii="HG丸ｺﾞｼｯｸM-PRO" w:eastAsia="HG丸ｺﾞｼｯｸM-PRO" w:hAnsi="HG丸ｺﾞｼｯｸM-PRO" w:hint="eastAsia"/>
                          <w:lang w:eastAsia="ja-JP"/>
                        </w:rPr>
                        <w:t>コチラ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lang w:eastAsia="ja-JP"/>
                        </w:rPr>
                        <w:t>から↑</w:t>
                      </w:r>
                    </w:p>
                  </w:txbxContent>
                </v:textbox>
              </v:shape>
            </w:pict>
          </mc:Fallback>
        </mc:AlternateContent>
      </w:r>
    </w:p>
    <w:p w14:paraId="619DA9E4" w14:textId="5C7F7D25" w:rsidR="00234A96" w:rsidRPr="005108DB" w:rsidRDefault="00C72495" w:rsidP="00C72495">
      <w:pPr>
        <w:ind w:left="1084" w:hangingChars="300" w:hanging="1084"/>
        <w:rPr>
          <w:rFonts w:ascii="HG丸ｺﾞｼｯｸM-PRO" w:eastAsia="HG丸ｺﾞｼｯｸM-PRO" w:hAnsi="HG丸ｺﾞｼｯｸM-PRO"/>
          <w:sz w:val="24"/>
          <w:szCs w:val="24"/>
          <w:lang w:eastAsia="ja-JP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36"/>
          <w:szCs w:val="36"/>
          <w:lang w:eastAsia="ja-JP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1F0D879" wp14:editId="461D3CA4">
                <wp:simplePos x="0" y="0"/>
                <wp:positionH relativeFrom="column">
                  <wp:posOffset>605155</wp:posOffset>
                </wp:positionH>
                <wp:positionV relativeFrom="paragraph">
                  <wp:posOffset>312420</wp:posOffset>
                </wp:positionV>
                <wp:extent cx="6055360" cy="571500"/>
                <wp:effectExtent l="0" t="0" r="21590" b="19050"/>
                <wp:wrapNone/>
                <wp:docPr id="656277853" name="四角形: メ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5360" cy="571500"/>
                        </a:xfrm>
                        <a:prstGeom prst="foldedCorner">
                          <a:avLst>
                            <a:gd name="adj" fmla="val 50000"/>
                          </a:avLst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4EFE5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四角形: メモ 8" o:spid="_x0000_s1026" type="#_x0000_t65" style="position:absolute;margin-left:47.65pt;margin-top:24.6pt;width:476.8pt;height:4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" adj="10800" filled="f" strokecolor="black [3200]" strokeweight="2pt"/>
            </w:pict>
          </mc:Fallback>
        </mc:AlternateContent>
      </w:r>
      <w:r w:rsidR="00234A96" w:rsidRPr="00C72495">
        <w:rPr>
          <mc:AlternateContent>
            <mc:Choice Requires="w16se">
              <w:rFonts w:ascii="HG丸ｺﾞｼｯｸM-PRO" w:eastAsia="HG丸ｺﾞｼｯｸM-PRO" w:hAnsi="HG丸ｺﾞｼｯｸM-PRO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36"/>
          <w:szCs w:val="36"/>
          <w:lang w:eastAsia="ja-JP"/>
        </w:rPr>
        <mc:AlternateContent>
          <mc:Choice Requires="w16se">
            <w16se:symEx w16se:font="Segoe UI Emoji" w16se:char="1F331"/>
          </mc:Choice>
          <mc:Fallback>
            <w:t>🌱</w:t>
          </mc:Fallback>
        </mc:AlternateContent>
      </w:r>
      <w:r w:rsidR="00234A96" w:rsidRPr="00C72495">
        <w:rPr>
          <w:rFonts w:ascii="HG丸ｺﾞｼｯｸM-PRO" w:eastAsia="HG丸ｺﾞｼｯｸM-PRO" w:hAnsi="HG丸ｺﾞｼｯｸM-PRO" w:hint="eastAsia"/>
          <w:b/>
          <w:bCs/>
          <w:sz w:val="36"/>
          <w:szCs w:val="36"/>
          <w:lang w:eastAsia="ja-JP"/>
        </w:rPr>
        <w:t>【問合せ・お申込み】</w:t>
      </w:r>
      <w:r w:rsidR="00234A96" w:rsidRPr="00C72495">
        <w:rPr>
          <w:rFonts w:ascii="HG丸ｺﾞｼｯｸM-PRO" w:eastAsia="HG丸ｺﾞｼｯｸM-PRO" w:hAnsi="HG丸ｺﾞｼｯｸM-PRO"/>
          <w:b/>
          <w:bCs/>
          <w:sz w:val="36"/>
          <w:szCs w:val="36"/>
          <w:lang w:eastAsia="ja-JP"/>
        </w:rPr>
        <w:br/>
      </w:r>
      <w:r w:rsidR="00234A96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ハローワーク須賀川　求人担当</w:t>
      </w:r>
      <w:r w:rsidR="00AD3BD3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 xml:space="preserve">　　　</w:t>
      </w:r>
      <w:r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 xml:space="preserve">　　</w:t>
      </w:r>
      <w:r w:rsidR="00234A96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電話：０２４８－７６－８６０９</w:t>
      </w:r>
      <w:r w:rsidR="00AD3BD3">
        <w:rPr>
          <w:rFonts w:ascii="HG丸ｺﾞｼｯｸM-PRO" w:eastAsia="HG丸ｺﾞｼｯｸM-PRO" w:hAnsi="HG丸ｺﾞｼｯｸM-PRO"/>
          <w:sz w:val="24"/>
          <w:szCs w:val="24"/>
          <w:lang w:eastAsia="ja-JP"/>
        </w:rPr>
        <w:br/>
      </w:r>
      <w:r w:rsidR="00AD3BD3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 xml:space="preserve">　　　　　　　　　　　　　　</w:t>
      </w:r>
      <w:r w:rsidR="00234A96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 xml:space="preserve">　　</w:t>
      </w:r>
      <w:r w:rsidR="00234A96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 xml:space="preserve">　Mail：</w:t>
      </w:r>
      <w:r w:rsidR="00234A96" w:rsidRPr="005108DB">
        <w:rPr>
          <w:rFonts w:ascii="HG丸ｺﾞｼｯｸM-PRO" w:eastAsia="HG丸ｺﾞｼｯｸM-PRO" w:hAnsi="HG丸ｺﾞｼｯｸM-PRO"/>
          <w:b/>
          <w:color w:val="C00000"/>
          <w:sz w:val="24"/>
          <w:szCs w:val="24"/>
          <w:lang w:eastAsia="ja-JP"/>
        </w:rPr>
        <w:t xml:space="preserve"> </w:t>
      </w:r>
      <w:r w:rsidR="00234A96" w:rsidRPr="00AD3BD3">
        <w:rPr>
          <w:rFonts w:ascii="HG丸ｺﾞｼｯｸM-PRO" w:eastAsia="HG丸ｺﾞｼｯｸM-PRO" w:hAnsi="HG丸ｺﾞｼｯｸM-PRO"/>
          <w:bCs/>
          <w:sz w:val="24"/>
          <w:szCs w:val="24"/>
          <w:lang w:eastAsia="ja-JP"/>
        </w:rPr>
        <w:t>kyuujin07060@mhlw.go.jp</w:t>
      </w:r>
    </w:p>
    <w:sectPr w:rsidR="00234A96" w:rsidRPr="005108DB" w:rsidSect="00C72495">
      <w:footerReference w:type="default" r:id="rId13"/>
      <w:pgSz w:w="12240" w:h="15840"/>
      <w:pgMar w:top="907" w:right="697" w:bottom="907" w:left="6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741CC" w14:textId="77777777" w:rsidR="009733A5" w:rsidRDefault="009733A5" w:rsidP="00297825">
      <w:pPr>
        <w:spacing w:after="0" w:line="240" w:lineRule="auto"/>
      </w:pPr>
      <w:r>
        <w:separator/>
      </w:r>
    </w:p>
  </w:endnote>
  <w:endnote w:type="continuationSeparator" w:id="0">
    <w:p w14:paraId="2AF876B8" w14:textId="77777777" w:rsidR="009733A5" w:rsidRDefault="009733A5" w:rsidP="00297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8DEB8" w14:textId="3427755C" w:rsidR="00297825" w:rsidRDefault="00297825" w:rsidP="00297825">
    <w:pPr>
      <w:pStyle w:val="a7"/>
      <w:jc w:val="right"/>
    </w:pPr>
    <w:r>
      <w:rPr>
        <w:rFonts w:hint="eastAsia"/>
        <w:lang w:eastAsia="ja-JP"/>
      </w:rPr>
      <w:t>R8.10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88F6F" w14:textId="77777777" w:rsidR="009733A5" w:rsidRDefault="009733A5" w:rsidP="00297825">
      <w:pPr>
        <w:spacing w:after="0" w:line="240" w:lineRule="auto"/>
      </w:pPr>
      <w:r>
        <w:separator/>
      </w:r>
    </w:p>
  </w:footnote>
  <w:footnote w:type="continuationSeparator" w:id="0">
    <w:p w14:paraId="013E86E2" w14:textId="77777777" w:rsidR="009733A5" w:rsidRDefault="009733A5" w:rsidP="002978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458024">
    <w:abstractNumId w:val="8"/>
  </w:num>
  <w:num w:numId="2" w16cid:durableId="1731463767">
    <w:abstractNumId w:val="6"/>
  </w:num>
  <w:num w:numId="3" w16cid:durableId="1113591379">
    <w:abstractNumId w:val="5"/>
  </w:num>
  <w:num w:numId="4" w16cid:durableId="1917010690">
    <w:abstractNumId w:val="4"/>
  </w:num>
  <w:num w:numId="5" w16cid:durableId="866942304">
    <w:abstractNumId w:val="7"/>
  </w:num>
  <w:num w:numId="6" w16cid:durableId="78990666">
    <w:abstractNumId w:val="3"/>
  </w:num>
  <w:num w:numId="7" w16cid:durableId="1351224823">
    <w:abstractNumId w:val="2"/>
  </w:num>
  <w:num w:numId="8" w16cid:durableId="391277295">
    <w:abstractNumId w:val="1"/>
  </w:num>
  <w:num w:numId="9" w16cid:durableId="1583950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5833"/>
    <w:rsid w:val="001E2C9A"/>
    <w:rsid w:val="00234A96"/>
    <w:rsid w:val="002671AA"/>
    <w:rsid w:val="0029639D"/>
    <w:rsid w:val="00297825"/>
    <w:rsid w:val="002C5448"/>
    <w:rsid w:val="002C56AD"/>
    <w:rsid w:val="003143FB"/>
    <w:rsid w:val="00326F90"/>
    <w:rsid w:val="00353783"/>
    <w:rsid w:val="003E673A"/>
    <w:rsid w:val="005108DB"/>
    <w:rsid w:val="00511804"/>
    <w:rsid w:val="0065722C"/>
    <w:rsid w:val="00674461"/>
    <w:rsid w:val="006D125E"/>
    <w:rsid w:val="009733A5"/>
    <w:rsid w:val="00974D06"/>
    <w:rsid w:val="00AA1D8D"/>
    <w:rsid w:val="00AD3BD3"/>
    <w:rsid w:val="00B47730"/>
    <w:rsid w:val="00C72495"/>
    <w:rsid w:val="00CB0664"/>
    <w:rsid w:val="00CD0E3C"/>
    <w:rsid w:val="00DF2C33"/>
    <w:rsid w:val="00EA5DAB"/>
    <w:rsid w:val="00EF69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062061"/>
  <w14:defaultImageDpi w14:val="300"/>
  <w15:docId w15:val="{405F3F52-5068-4417-AAE1-FB46A876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3.jpg" Type="http://schemas.openxmlformats.org/officeDocument/2006/relationships/image"/><Relationship Id="rId11" Target="media/image4.png" Type="http://schemas.openxmlformats.org/officeDocument/2006/relationships/image"/><Relationship Id="rId12" Target="media/image5.jpeg" Type="http://schemas.openxmlformats.org/officeDocument/2006/relationships/image"/><Relationship Id="rId13" Target="footer1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media/image2.jp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518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607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