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2B5A8" w14:textId="2D213FC7" w:rsidR="00421FB6" w:rsidRPr="00F04D0A" w:rsidRDefault="00CA7A94">
      <w:pPr>
        <w:pStyle w:val="aa"/>
        <w:rPr>
          <w:sz w:val="40"/>
          <w:szCs w:val="40"/>
          <w:lang w:eastAsia="ja-JP"/>
        </w:rPr>
      </w:pPr>
      <w:r w:rsidRPr="00F04D0A">
        <w:rPr>
          <w:sz w:val="40"/>
          <w:szCs w:val="40"/>
          <w:lang w:eastAsia="ja-JP"/>
        </w:rPr>
        <w:t>令和８年度千葉地方最低賃金審議会</w:t>
      </w:r>
      <w:r w:rsidR="004D1F79">
        <w:rPr>
          <w:rFonts w:hint="eastAsia"/>
          <w:sz w:val="40"/>
          <w:szCs w:val="40"/>
          <w:lang w:eastAsia="ja-JP"/>
        </w:rPr>
        <w:t xml:space="preserve">　</w:t>
      </w:r>
      <w:r w:rsidR="009350AD">
        <w:rPr>
          <w:rFonts w:hint="eastAsia"/>
          <w:sz w:val="40"/>
          <w:szCs w:val="40"/>
          <w:lang w:eastAsia="ja-JP"/>
        </w:rPr>
        <w:t xml:space="preserve">　　　　</w:t>
      </w:r>
      <w:r w:rsidR="004D1F79">
        <w:rPr>
          <w:rFonts w:hint="eastAsia"/>
          <w:sz w:val="40"/>
          <w:szCs w:val="40"/>
          <w:lang w:eastAsia="ja-JP"/>
        </w:rPr>
        <w:t>第１回</w:t>
      </w:r>
      <w:r w:rsidR="00D131F0">
        <w:rPr>
          <w:rFonts w:hint="eastAsia"/>
          <w:sz w:val="40"/>
          <w:szCs w:val="40"/>
          <w:lang w:eastAsia="ja-JP"/>
        </w:rPr>
        <w:t>特別小委員会</w:t>
      </w:r>
      <w:r w:rsidRPr="00F04D0A">
        <w:rPr>
          <w:sz w:val="40"/>
          <w:szCs w:val="40"/>
          <w:lang w:eastAsia="ja-JP"/>
        </w:rPr>
        <w:t xml:space="preserve"> </w:t>
      </w:r>
      <w:r w:rsidRPr="00F04D0A">
        <w:rPr>
          <w:sz w:val="40"/>
          <w:szCs w:val="40"/>
          <w:lang w:eastAsia="ja-JP"/>
        </w:rPr>
        <w:t>議事要旨</w:t>
      </w:r>
    </w:p>
    <w:p w14:paraId="143FB7D7" w14:textId="2566A9D9" w:rsidR="00421FB6" w:rsidRPr="0032082F" w:rsidRDefault="00CA7A94">
      <w:pPr>
        <w:rPr>
          <w:rFonts w:asciiTheme="majorEastAsia" w:eastAsiaTheme="majorEastAsia" w:hAnsiTheme="majorEastAsia"/>
        </w:rPr>
      </w:pPr>
      <w:r w:rsidRPr="0032082F">
        <w:rPr>
          <w:rFonts w:asciiTheme="majorEastAsia" w:eastAsiaTheme="majorEastAsia" w:hAnsiTheme="majorEastAsia"/>
        </w:rPr>
        <w:t xml:space="preserve">１ </w:t>
      </w:r>
      <w:proofErr w:type="spellStart"/>
      <w:r w:rsidRPr="0032082F">
        <w:rPr>
          <w:rFonts w:asciiTheme="majorEastAsia" w:eastAsiaTheme="majorEastAsia" w:hAnsiTheme="majorEastAsia"/>
        </w:rPr>
        <w:t>日時</w:t>
      </w:r>
      <w:proofErr w:type="spellEnd"/>
      <w:r w:rsidRPr="0032082F">
        <w:rPr>
          <w:rFonts w:asciiTheme="majorEastAsia" w:eastAsiaTheme="majorEastAsia" w:hAnsiTheme="majorEastAsia"/>
        </w:rPr>
        <w:t xml:space="preserve">　令和８年</w:t>
      </w:r>
      <w:r w:rsidR="00D131F0">
        <w:rPr>
          <w:rFonts w:asciiTheme="majorEastAsia" w:eastAsiaTheme="majorEastAsia" w:hAnsiTheme="majorEastAsia" w:hint="eastAsia"/>
          <w:lang w:eastAsia="ja-JP"/>
        </w:rPr>
        <w:t>８</w:t>
      </w:r>
      <w:r w:rsidRPr="0032082F">
        <w:rPr>
          <w:rFonts w:asciiTheme="majorEastAsia" w:eastAsiaTheme="majorEastAsia" w:hAnsiTheme="majorEastAsia"/>
        </w:rPr>
        <w:t>月</w:t>
      </w:r>
      <w:r w:rsidR="00D131F0">
        <w:rPr>
          <w:rFonts w:asciiTheme="majorEastAsia" w:eastAsiaTheme="majorEastAsia" w:hAnsiTheme="majorEastAsia" w:hint="eastAsia"/>
          <w:lang w:eastAsia="ja-JP"/>
        </w:rPr>
        <w:t>３</w:t>
      </w:r>
      <w:r w:rsidRPr="0032082F">
        <w:rPr>
          <w:rFonts w:asciiTheme="majorEastAsia" w:eastAsiaTheme="majorEastAsia" w:hAnsiTheme="majorEastAsia"/>
        </w:rPr>
        <w:t>日（</w:t>
      </w:r>
      <w:r w:rsidR="00D131F0">
        <w:rPr>
          <w:rFonts w:asciiTheme="majorEastAsia" w:eastAsiaTheme="majorEastAsia" w:hAnsiTheme="majorEastAsia" w:hint="eastAsia"/>
          <w:lang w:eastAsia="ja-JP"/>
        </w:rPr>
        <w:t>月</w:t>
      </w:r>
      <w:r w:rsidRPr="0032082F">
        <w:rPr>
          <w:rFonts w:asciiTheme="majorEastAsia" w:eastAsiaTheme="majorEastAsia" w:hAnsiTheme="majorEastAsia"/>
        </w:rPr>
        <w:t>）</w:t>
      </w:r>
      <w:r w:rsidR="00D131F0">
        <w:rPr>
          <w:rFonts w:asciiTheme="majorEastAsia" w:eastAsiaTheme="majorEastAsia" w:hAnsiTheme="majorEastAsia" w:hint="eastAsia"/>
          <w:lang w:eastAsia="ja-JP"/>
        </w:rPr>
        <w:t>13</w:t>
      </w:r>
      <w:r w:rsidRPr="0032082F">
        <w:rPr>
          <w:rFonts w:asciiTheme="majorEastAsia" w:eastAsiaTheme="majorEastAsia" w:hAnsiTheme="majorEastAsia"/>
        </w:rPr>
        <w:t>時</w:t>
      </w:r>
      <w:r w:rsidR="00D131F0">
        <w:rPr>
          <w:rFonts w:asciiTheme="majorEastAsia" w:eastAsiaTheme="majorEastAsia" w:hAnsiTheme="majorEastAsia" w:hint="eastAsia"/>
          <w:lang w:eastAsia="ja-JP"/>
        </w:rPr>
        <w:t>30</w:t>
      </w:r>
      <w:r w:rsidRPr="0032082F">
        <w:rPr>
          <w:rFonts w:asciiTheme="majorEastAsia" w:eastAsiaTheme="majorEastAsia" w:hAnsiTheme="majorEastAsia"/>
        </w:rPr>
        <w:t>分～</w:t>
      </w:r>
      <w:r w:rsidR="00D131F0">
        <w:rPr>
          <w:rFonts w:asciiTheme="majorEastAsia" w:eastAsiaTheme="majorEastAsia" w:hAnsiTheme="majorEastAsia" w:hint="eastAsia"/>
          <w:lang w:eastAsia="ja-JP"/>
        </w:rPr>
        <w:t>14</w:t>
      </w:r>
      <w:r w:rsidRPr="0032082F">
        <w:rPr>
          <w:rFonts w:asciiTheme="majorEastAsia" w:eastAsiaTheme="majorEastAsia" w:hAnsiTheme="majorEastAsia"/>
        </w:rPr>
        <w:t>時</w:t>
      </w:r>
      <w:r w:rsidR="00D131F0">
        <w:rPr>
          <w:rFonts w:asciiTheme="majorEastAsia" w:eastAsiaTheme="majorEastAsia" w:hAnsiTheme="majorEastAsia" w:hint="eastAsia"/>
          <w:lang w:eastAsia="ja-JP"/>
        </w:rPr>
        <w:t>11</w:t>
      </w:r>
      <w:r w:rsidRPr="0032082F">
        <w:rPr>
          <w:rFonts w:asciiTheme="majorEastAsia" w:eastAsiaTheme="majorEastAsia" w:hAnsiTheme="majorEastAsia"/>
        </w:rPr>
        <w:t>分</w:t>
      </w:r>
    </w:p>
    <w:p w14:paraId="6B7C635B" w14:textId="07031728" w:rsidR="00421FB6" w:rsidRPr="0032082F" w:rsidRDefault="00CA7A94">
      <w:pPr>
        <w:rPr>
          <w:rFonts w:asciiTheme="majorEastAsia" w:eastAsiaTheme="majorEastAsia" w:hAnsiTheme="majorEastAsia"/>
        </w:rPr>
      </w:pPr>
      <w:r w:rsidRPr="0032082F">
        <w:rPr>
          <w:rFonts w:asciiTheme="majorEastAsia" w:eastAsiaTheme="majorEastAsia" w:hAnsiTheme="majorEastAsia"/>
        </w:rPr>
        <w:t xml:space="preserve">２ </w:t>
      </w:r>
      <w:proofErr w:type="spellStart"/>
      <w:r w:rsidRPr="0032082F">
        <w:rPr>
          <w:rFonts w:asciiTheme="majorEastAsia" w:eastAsiaTheme="majorEastAsia" w:hAnsiTheme="majorEastAsia"/>
        </w:rPr>
        <w:t>場所</w:t>
      </w:r>
      <w:proofErr w:type="spellEnd"/>
      <w:r w:rsidRPr="0032082F">
        <w:rPr>
          <w:rFonts w:asciiTheme="majorEastAsia" w:eastAsiaTheme="majorEastAsia" w:hAnsiTheme="majorEastAsia"/>
        </w:rPr>
        <w:t xml:space="preserve">　</w:t>
      </w:r>
      <w:r w:rsidR="008C65DA" w:rsidRPr="0032082F">
        <w:rPr>
          <w:rFonts w:asciiTheme="majorEastAsia" w:eastAsiaTheme="majorEastAsia" w:hAnsiTheme="majorEastAsia" w:hint="eastAsia"/>
          <w:lang w:eastAsia="ja-JP"/>
        </w:rPr>
        <w:t>千葉労働局１階会議室</w:t>
      </w:r>
    </w:p>
    <w:p w14:paraId="1DFC995D" w14:textId="0666C3E9" w:rsidR="00421FB6" w:rsidRPr="0032082F" w:rsidRDefault="00CA7A94" w:rsidP="0003770F">
      <w:pPr>
        <w:ind w:left="1100" w:hangingChars="500" w:hanging="1100"/>
        <w:rPr>
          <w:rFonts w:asciiTheme="majorEastAsia" w:eastAsiaTheme="majorEastAsia" w:hAnsiTheme="majorEastAsia"/>
        </w:rPr>
      </w:pPr>
      <w:r w:rsidRPr="0032082F">
        <w:rPr>
          <w:rFonts w:asciiTheme="majorEastAsia" w:eastAsiaTheme="majorEastAsia" w:hAnsiTheme="majorEastAsia"/>
        </w:rPr>
        <w:t xml:space="preserve">３ </w:t>
      </w:r>
      <w:proofErr w:type="spellStart"/>
      <w:r w:rsidRPr="0032082F">
        <w:rPr>
          <w:rFonts w:asciiTheme="majorEastAsia" w:eastAsiaTheme="majorEastAsia" w:hAnsiTheme="majorEastAsia"/>
        </w:rPr>
        <w:t>出席者</w:t>
      </w:r>
      <w:proofErr w:type="spellEnd"/>
      <w:r w:rsidRPr="0032082F">
        <w:rPr>
          <w:rFonts w:asciiTheme="majorEastAsia" w:eastAsiaTheme="majorEastAsia" w:hAnsiTheme="majorEastAsia"/>
        </w:rPr>
        <w:t xml:space="preserve">　</w:t>
      </w:r>
      <w:proofErr w:type="spellStart"/>
      <w:r w:rsidRPr="0032082F">
        <w:rPr>
          <w:rFonts w:asciiTheme="majorEastAsia" w:eastAsiaTheme="majorEastAsia" w:hAnsiTheme="majorEastAsia"/>
        </w:rPr>
        <w:t>公益委員</w:t>
      </w:r>
      <w:proofErr w:type="spellEnd"/>
      <w:r w:rsidR="0003770F">
        <w:rPr>
          <w:rFonts w:asciiTheme="majorEastAsia" w:eastAsiaTheme="majorEastAsia" w:hAnsiTheme="majorEastAsia" w:hint="eastAsia"/>
          <w:lang w:eastAsia="ja-JP"/>
        </w:rPr>
        <w:t>２</w:t>
      </w:r>
      <w:r w:rsidRPr="0032082F">
        <w:rPr>
          <w:rFonts w:asciiTheme="majorEastAsia" w:eastAsiaTheme="majorEastAsia" w:hAnsiTheme="majorEastAsia"/>
        </w:rPr>
        <w:t>名</w:t>
      </w:r>
      <w:r w:rsidR="0003770F">
        <w:rPr>
          <w:rFonts w:asciiTheme="majorEastAsia" w:eastAsiaTheme="majorEastAsia" w:hAnsiTheme="majorEastAsia" w:hint="eastAsia"/>
          <w:lang w:eastAsia="ja-JP"/>
        </w:rPr>
        <w:t>（他１名開催後の参加）</w:t>
      </w:r>
      <w:r w:rsidRPr="0032082F">
        <w:rPr>
          <w:rFonts w:asciiTheme="majorEastAsia" w:eastAsiaTheme="majorEastAsia" w:hAnsiTheme="majorEastAsia"/>
        </w:rPr>
        <w:t>、</w:t>
      </w:r>
      <w:proofErr w:type="spellStart"/>
      <w:r w:rsidRPr="0032082F">
        <w:rPr>
          <w:rFonts w:asciiTheme="majorEastAsia" w:eastAsiaTheme="majorEastAsia" w:hAnsiTheme="majorEastAsia"/>
        </w:rPr>
        <w:t>労働者委員</w:t>
      </w:r>
      <w:proofErr w:type="spellEnd"/>
      <w:r w:rsidR="004D1F79">
        <w:rPr>
          <w:rFonts w:asciiTheme="majorEastAsia" w:eastAsiaTheme="majorEastAsia" w:hAnsiTheme="majorEastAsia" w:hint="eastAsia"/>
          <w:lang w:eastAsia="ja-JP"/>
        </w:rPr>
        <w:t>３</w:t>
      </w:r>
      <w:proofErr w:type="spellStart"/>
      <w:r w:rsidRPr="0032082F">
        <w:rPr>
          <w:rFonts w:asciiTheme="majorEastAsia" w:eastAsiaTheme="majorEastAsia" w:hAnsiTheme="majorEastAsia"/>
        </w:rPr>
        <w:t>名、使用者委員</w:t>
      </w:r>
      <w:proofErr w:type="spellEnd"/>
      <w:r w:rsidR="004D1F79">
        <w:rPr>
          <w:rFonts w:asciiTheme="majorEastAsia" w:eastAsiaTheme="majorEastAsia" w:hAnsiTheme="majorEastAsia" w:hint="eastAsia"/>
          <w:lang w:eastAsia="ja-JP"/>
        </w:rPr>
        <w:t>３</w:t>
      </w:r>
      <w:proofErr w:type="spellStart"/>
      <w:r w:rsidRPr="0032082F">
        <w:rPr>
          <w:rFonts w:asciiTheme="majorEastAsia" w:eastAsiaTheme="majorEastAsia" w:hAnsiTheme="majorEastAsia"/>
        </w:rPr>
        <w:t>名（計</w:t>
      </w:r>
      <w:proofErr w:type="spellEnd"/>
      <w:r w:rsidR="0003770F">
        <w:rPr>
          <w:rFonts w:asciiTheme="majorEastAsia" w:eastAsiaTheme="majorEastAsia" w:hAnsiTheme="majorEastAsia" w:hint="eastAsia"/>
          <w:lang w:eastAsia="ja-JP"/>
        </w:rPr>
        <w:t>８</w:t>
      </w:r>
      <w:r w:rsidRPr="0032082F">
        <w:rPr>
          <w:rFonts w:asciiTheme="majorEastAsia" w:eastAsiaTheme="majorEastAsia" w:hAnsiTheme="majorEastAsia"/>
        </w:rPr>
        <w:t>名）</w:t>
      </w:r>
    </w:p>
    <w:p w14:paraId="7E944FA3" w14:textId="77777777" w:rsidR="00421FB6" w:rsidRPr="0032082F" w:rsidRDefault="00CA7A94">
      <w:pPr>
        <w:pStyle w:val="1"/>
        <w:rPr>
          <w:rFonts w:asciiTheme="majorEastAsia" w:hAnsiTheme="majorEastAsia"/>
          <w:lang w:eastAsia="ja-JP"/>
        </w:rPr>
      </w:pPr>
      <w:r w:rsidRPr="0032082F">
        <w:rPr>
          <w:rFonts w:asciiTheme="majorEastAsia" w:hAnsiTheme="majorEastAsia"/>
          <w:lang w:eastAsia="ja-JP"/>
        </w:rPr>
        <w:t>４ 議事要旨</w:t>
      </w:r>
    </w:p>
    <w:p w14:paraId="3AF189DD" w14:textId="4FED4907" w:rsidR="008C65DA" w:rsidRPr="0032082F" w:rsidRDefault="008C65DA" w:rsidP="008C65DA">
      <w:pPr>
        <w:rPr>
          <w:rFonts w:asciiTheme="majorEastAsia" w:eastAsiaTheme="majorEastAsia" w:hAnsiTheme="majorEastAsia"/>
          <w:b/>
          <w:bCs/>
          <w:lang w:eastAsia="ja-JP"/>
        </w:rPr>
      </w:pPr>
      <w:r w:rsidRPr="0032082F">
        <w:rPr>
          <w:rFonts w:asciiTheme="majorEastAsia" w:eastAsiaTheme="majorEastAsia" w:hAnsiTheme="majorEastAsia" w:hint="eastAsia"/>
          <w:b/>
          <w:bCs/>
          <w:lang w:eastAsia="ja-JP"/>
        </w:rPr>
        <w:t>（１）</w:t>
      </w:r>
      <w:r w:rsidR="00D131F0">
        <w:rPr>
          <w:rFonts w:asciiTheme="majorEastAsia" w:eastAsiaTheme="majorEastAsia" w:hAnsiTheme="majorEastAsia" w:hint="eastAsia"/>
          <w:b/>
          <w:bCs/>
          <w:lang w:eastAsia="ja-JP"/>
        </w:rPr>
        <w:t>委員長及び委員長代理の</w:t>
      </w:r>
      <w:r w:rsidR="004D1F79">
        <w:rPr>
          <w:rFonts w:asciiTheme="majorEastAsia" w:eastAsiaTheme="majorEastAsia" w:hAnsiTheme="majorEastAsia" w:hint="eastAsia"/>
          <w:b/>
          <w:bCs/>
          <w:lang w:eastAsia="ja-JP"/>
        </w:rPr>
        <w:t>選出につい</w:t>
      </w:r>
      <w:r w:rsidR="00773122">
        <w:rPr>
          <w:rFonts w:asciiTheme="majorEastAsia" w:eastAsiaTheme="majorEastAsia" w:hAnsiTheme="majorEastAsia" w:hint="eastAsia"/>
          <w:b/>
          <w:bCs/>
          <w:lang w:eastAsia="ja-JP"/>
        </w:rPr>
        <w:t>て</w:t>
      </w:r>
    </w:p>
    <w:p w14:paraId="2C65E500" w14:textId="77777777" w:rsidR="00D131F0" w:rsidRDefault="00D131F0" w:rsidP="00D131F0">
      <w:pPr>
        <w:ind w:leftChars="300" w:left="660"/>
        <w:rPr>
          <w:rFonts w:asciiTheme="majorEastAsia" w:eastAsiaTheme="majorEastAsia" w:hAnsiTheme="majorEastAsia"/>
          <w:lang w:eastAsia="ja-JP"/>
        </w:rPr>
      </w:pPr>
      <w:r w:rsidRPr="00D131F0">
        <w:rPr>
          <w:rFonts w:asciiTheme="majorEastAsia" w:eastAsiaTheme="majorEastAsia" w:hAnsiTheme="majorEastAsia" w:hint="eastAsia"/>
          <w:lang w:eastAsia="ja-JP"/>
        </w:rPr>
        <w:t>公益委員による協議結果に基づき、委員長に村上委員、委員長代理に大竹委員を選出した。</w:t>
      </w:r>
    </w:p>
    <w:p w14:paraId="1B20B44A" w14:textId="77777777" w:rsidR="00D131F0" w:rsidRDefault="008C65DA" w:rsidP="00D131F0">
      <w:pPr>
        <w:rPr>
          <w:rFonts w:asciiTheme="majorEastAsia" w:eastAsiaTheme="majorEastAsia" w:hAnsiTheme="majorEastAsia"/>
          <w:b/>
          <w:bCs/>
          <w:lang w:eastAsia="ja-JP"/>
        </w:rPr>
      </w:pPr>
      <w:r w:rsidRPr="0032082F">
        <w:rPr>
          <w:rFonts w:asciiTheme="majorEastAsia" w:eastAsiaTheme="majorEastAsia" w:hAnsiTheme="majorEastAsia" w:hint="eastAsia"/>
          <w:b/>
          <w:bCs/>
          <w:lang w:eastAsia="ja-JP"/>
        </w:rPr>
        <w:t>（２）</w:t>
      </w:r>
      <w:r w:rsidR="00D131F0" w:rsidRPr="00D131F0">
        <w:rPr>
          <w:rFonts w:asciiTheme="majorEastAsia" w:eastAsiaTheme="majorEastAsia" w:hAnsiTheme="majorEastAsia" w:hint="eastAsia"/>
          <w:b/>
          <w:bCs/>
          <w:lang w:eastAsia="ja-JP"/>
        </w:rPr>
        <w:t>特定最低賃金の件名について</w:t>
      </w:r>
    </w:p>
    <w:p w14:paraId="1E62AFB7" w14:textId="77777777" w:rsidR="00D131F0" w:rsidRDefault="00D131F0" w:rsidP="00D131F0">
      <w:pPr>
        <w:ind w:leftChars="300" w:left="660"/>
        <w:rPr>
          <w:rFonts w:asciiTheme="majorEastAsia" w:eastAsiaTheme="majorEastAsia" w:hAnsiTheme="majorEastAsia"/>
          <w:lang w:eastAsia="ja-JP"/>
        </w:rPr>
      </w:pPr>
      <w:r w:rsidRPr="00D131F0">
        <w:rPr>
          <w:rFonts w:asciiTheme="majorEastAsia" w:eastAsiaTheme="majorEastAsia" w:hAnsiTheme="majorEastAsia" w:hint="eastAsia"/>
          <w:lang w:eastAsia="ja-JP"/>
        </w:rPr>
        <w:t>事務局から、特定最低賃金の一部業種については正式名称に代えて簡略化した呼称を審議で使用する旨の提案があり、了承された。</w:t>
      </w:r>
    </w:p>
    <w:p w14:paraId="537F0F99" w14:textId="2812BDC9" w:rsidR="008C65DA" w:rsidRDefault="008C65DA" w:rsidP="00D131F0">
      <w:pPr>
        <w:rPr>
          <w:rFonts w:asciiTheme="majorEastAsia" w:eastAsiaTheme="majorEastAsia" w:hAnsiTheme="majorEastAsia"/>
          <w:b/>
          <w:bCs/>
          <w:lang w:eastAsia="ja-JP"/>
        </w:rPr>
      </w:pPr>
      <w:r w:rsidRPr="0032082F">
        <w:rPr>
          <w:rFonts w:asciiTheme="majorEastAsia" w:eastAsiaTheme="majorEastAsia" w:hAnsiTheme="majorEastAsia" w:hint="eastAsia"/>
          <w:b/>
          <w:bCs/>
          <w:lang w:eastAsia="ja-JP"/>
        </w:rPr>
        <w:t>（３）</w:t>
      </w:r>
      <w:r w:rsidR="00D131F0">
        <w:rPr>
          <w:rFonts w:asciiTheme="majorEastAsia" w:eastAsiaTheme="majorEastAsia" w:hAnsiTheme="majorEastAsia" w:hint="eastAsia"/>
          <w:b/>
          <w:bCs/>
          <w:lang w:eastAsia="ja-JP"/>
        </w:rPr>
        <w:t>意見陳述</w:t>
      </w:r>
    </w:p>
    <w:p w14:paraId="62289DF0" w14:textId="1DA2ECF0" w:rsidR="00D131F0" w:rsidRPr="00D131F0" w:rsidRDefault="00D131F0" w:rsidP="00D131F0">
      <w:pPr>
        <w:rPr>
          <w:rFonts w:asciiTheme="majorEastAsia" w:eastAsiaTheme="majorEastAsia" w:hAnsiTheme="majorEastAsia"/>
          <w:lang w:eastAsia="ja-JP"/>
        </w:rPr>
      </w:pPr>
      <w:r>
        <w:rPr>
          <w:rFonts w:asciiTheme="majorEastAsia" w:eastAsiaTheme="majorEastAsia" w:hAnsiTheme="majorEastAsia" w:hint="eastAsia"/>
          <w:b/>
          <w:bCs/>
          <w:lang w:eastAsia="ja-JP"/>
        </w:rPr>
        <w:t xml:space="preserve">　　 </w:t>
      </w:r>
      <w:r w:rsidRPr="00D131F0">
        <w:rPr>
          <w:rFonts w:asciiTheme="majorEastAsia" w:eastAsiaTheme="majorEastAsia" w:hAnsiTheme="majorEastAsia" w:hint="eastAsia"/>
          <w:lang w:eastAsia="ja-JP"/>
        </w:rPr>
        <w:t>ア　一般機械器具製造業関係及び精密機械器具製造業関係</w:t>
      </w:r>
    </w:p>
    <w:p w14:paraId="299FC92F" w14:textId="477570C5" w:rsidR="00D131F0" w:rsidRPr="00D131F0" w:rsidRDefault="00D131F0" w:rsidP="00D131F0">
      <w:pPr>
        <w:ind w:left="660" w:hangingChars="300" w:hanging="660"/>
        <w:rPr>
          <w:rFonts w:asciiTheme="majorEastAsia" w:eastAsiaTheme="majorEastAsia" w:hAnsiTheme="majorEastAsia"/>
          <w:lang w:eastAsia="ja-JP"/>
        </w:rPr>
      </w:pPr>
      <w:r w:rsidRPr="00D131F0">
        <w:rPr>
          <w:rFonts w:asciiTheme="majorEastAsia" w:eastAsiaTheme="majorEastAsia" w:hAnsiTheme="majorEastAsia" w:hint="eastAsia"/>
          <w:lang w:eastAsia="ja-JP"/>
        </w:rPr>
        <w:t xml:space="preserve">　　　ＪＡＭ東京千葉から意見陳述が行われた。陳述では、当該産業が千葉県のものづくりを支える基盤産業であること、人材確保・定着や産業の魅力向上の観点から特定最低賃金が重要な役割を果たしていること、また近隣都県との人材流動化を踏まえた賃金水準の確保が必要であること等について意見が述べられた。</w:t>
      </w:r>
    </w:p>
    <w:p w14:paraId="43103017" w14:textId="2CFDBF5C" w:rsidR="00D131F0" w:rsidRPr="00D131F0" w:rsidRDefault="00D131F0" w:rsidP="00D131F0">
      <w:pPr>
        <w:rPr>
          <w:rFonts w:asciiTheme="majorEastAsia" w:eastAsiaTheme="majorEastAsia" w:hAnsiTheme="majorEastAsia"/>
          <w:lang w:eastAsia="ja-JP"/>
        </w:rPr>
      </w:pPr>
      <w:r w:rsidRPr="00D131F0">
        <w:rPr>
          <w:rFonts w:asciiTheme="majorEastAsia" w:eastAsiaTheme="majorEastAsia" w:hAnsiTheme="majorEastAsia" w:hint="eastAsia"/>
          <w:lang w:eastAsia="ja-JP"/>
        </w:rPr>
        <w:t xml:space="preserve">　</w:t>
      </w:r>
      <w:r>
        <w:rPr>
          <w:rFonts w:asciiTheme="majorEastAsia" w:eastAsiaTheme="majorEastAsia" w:hAnsiTheme="majorEastAsia" w:hint="eastAsia"/>
          <w:lang w:eastAsia="ja-JP"/>
        </w:rPr>
        <w:t xml:space="preserve">  </w:t>
      </w:r>
      <w:r w:rsidRPr="00D131F0">
        <w:rPr>
          <w:rFonts w:asciiTheme="majorEastAsia" w:eastAsiaTheme="majorEastAsia" w:hAnsiTheme="majorEastAsia" w:hint="eastAsia"/>
          <w:lang w:eastAsia="ja-JP"/>
        </w:rPr>
        <w:t>イ　総合スーパーマーケット及び各種商品小売業</w:t>
      </w:r>
    </w:p>
    <w:p w14:paraId="21074B66" w14:textId="468D3A6A" w:rsidR="00D131F0" w:rsidRPr="00D131F0" w:rsidRDefault="00D131F0" w:rsidP="00D131F0">
      <w:pPr>
        <w:ind w:leftChars="300" w:left="660"/>
        <w:rPr>
          <w:rFonts w:asciiTheme="majorEastAsia" w:eastAsiaTheme="majorEastAsia" w:hAnsiTheme="majorEastAsia"/>
          <w:lang w:eastAsia="ja-JP"/>
        </w:rPr>
      </w:pPr>
      <w:r w:rsidRPr="00D131F0">
        <w:rPr>
          <w:rFonts w:asciiTheme="majorEastAsia" w:eastAsiaTheme="majorEastAsia" w:hAnsiTheme="majorEastAsia" w:hint="eastAsia"/>
          <w:lang w:eastAsia="ja-JP"/>
        </w:rPr>
        <w:t>ＵＡゼンセンから意見陳述が行われた。陳述では、人材確保・定着、地域経済の活性化、産業全体の賃金水準の底上げ、企業規模間及び雇用形態間の格差是正、公正競争の確保等の観点から、特定最低賃金の新設及び改正の必要性について意見が述べられた。</w:t>
      </w:r>
    </w:p>
    <w:p w14:paraId="22D13912" w14:textId="1D8AE4F9" w:rsidR="008C65DA" w:rsidRDefault="008C65DA" w:rsidP="008C65DA">
      <w:pPr>
        <w:rPr>
          <w:rFonts w:asciiTheme="majorEastAsia" w:eastAsiaTheme="majorEastAsia" w:hAnsiTheme="majorEastAsia"/>
          <w:b/>
          <w:bCs/>
          <w:lang w:eastAsia="ja-JP"/>
        </w:rPr>
      </w:pPr>
      <w:r w:rsidRPr="0032082F">
        <w:rPr>
          <w:rFonts w:asciiTheme="majorEastAsia" w:eastAsiaTheme="majorEastAsia" w:hAnsiTheme="majorEastAsia" w:hint="eastAsia"/>
          <w:b/>
          <w:bCs/>
          <w:lang w:eastAsia="ja-JP"/>
        </w:rPr>
        <w:t>（４）</w:t>
      </w:r>
      <w:r w:rsidR="00D131F0">
        <w:rPr>
          <w:rFonts w:asciiTheme="majorEastAsia" w:eastAsiaTheme="majorEastAsia" w:hAnsiTheme="majorEastAsia" w:hint="eastAsia"/>
          <w:b/>
          <w:bCs/>
          <w:lang w:eastAsia="ja-JP"/>
        </w:rPr>
        <w:t>特定最低賃金の決定及び改正決定の必要性について</w:t>
      </w:r>
    </w:p>
    <w:p w14:paraId="45AF69A3" w14:textId="2095E9C0" w:rsidR="00D131F0" w:rsidRDefault="00D131F0" w:rsidP="00D131F0">
      <w:pPr>
        <w:ind w:left="663" w:hangingChars="300" w:hanging="663"/>
        <w:rPr>
          <w:rFonts w:asciiTheme="majorEastAsia" w:eastAsiaTheme="majorEastAsia" w:hAnsiTheme="majorEastAsia"/>
          <w:lang w:eastAsia="ja-JP"/>
        </w:rPr>
      </w:pPr>
      <w:r>
        <w:rPr>
          <w:rFonts w:asciiTheme="majorEastAsia" w:eastAsiaTheme="majorEastAsia" w:hAnsiTheme="majorEastAsia" w:hint="eastAsia"/>
          <w:b/>
          <w:bCs/>
          <w:lang w:eastAsia="ja-JP"/>
        </w:rPr>
        <w:t xml:space="preserve">　　　</w:t>
      </w:r>
      <w:r w:rsidRPr="00D131F0">
        <w:rPr>
          <w:rFonts w:asciiTheme="majorEastAsia" w:eastAsiaTheme="majorEastAsia" w:hAnsiTheme="majorEastAsia" w:hint="eastAsia"/>
          <w:lang w:eastAsia="ja-JP"/>
        </w:rPr>
        <w:t>特定最低賃金の決定及び改正決定の必要性については、本日の意見陳述及び提出資料の内容を踏まえ、次回の特別小委員会において審議することとした。</w:t>
      </w:r>
    </w:p>
    <w:p w14:paraId="58791F6F" w14:textId="77777777" w:rsidR="00D131F0" w:rsidRPr="00D131F0" w:rsidRDefault="00D131F0" w:rsidP="00D131F0">
      <w:pPr>
        <w:ind w:left="660" w:hangingChars="300" w:hanging="660"/>
        <w:rPr>
          <w:rFonts w:asciiTheme="majorEastAsia" w:eastAsiaTheme="majorEastAsia" w:hAnsiTheme="majorEastAsia"/>
          <w:lang w:eastAsia="ja-JP"/>
        </w:rPr>
      </w:pPr>
    </w:p>
    <w:p w14:paraId="33679EA8" w14:textId="590C0DE4" w:rsidR="00D131F0" w:rsidRDefault="008C65DA" w:rsidP="00D131F0">
      <w:pPr>
        <w:rPr>
          <w:rFonts w:asciiTheme="majorEastAsia" w:eastAsiaTheme="majorEastAsia" w:hAnsiTheme="majorEastAsia"/>
          <w:b/>
          <w:bCs/>
          <w:lang w:eastAsia="ja-JP"/>
        </w:rPr>
      </w:pPr>
      <w:r w:rsidRPr="0032082F">
        <w:rPr>
          <w:rFonts w:asciiTheme="majorEastAsia" w:eastAsiaTheme="majorEastAsia" w:hAnsiTheme="majorEastAsia" w:hint="eastAsia"/>
          <w:b/>
          <w:bCs/>
          <w:lang w:eastAsia="ja-JP"/>
        </w:rPr>
        <w:t>（</w:t>
      </w:r>
      <w:r w:rsidR="00D131F0">
        <w:rPr>
          <w:rFonts w:asciiTheme="majorEastAsia" w:eastAsiaTheme="majorEastAsia" w:hAnsiTheme="majorEastAsia" w:hint="eastAsia"/>
          <w:b/>
          <w:bCs/>
          <w:lang w:eastAsia="ja-JP"/>
        </w:rPr>
        <w:t>５</w:t>
      </w:r>
      <w:r w:rsidRPr="0032082F">
        <w:rPr>
          <w:rFonts w:asciiTheme="majorEastAsia" w:eastAsiaTheme="majorEastAsia" w:hAnsiTheme="majorEastAsia" w:hint="eastAsia"/>
          <w:b/>
          <w:bCs/>
          <w:lang w:eastAsia="ja-JP"/>
        </w:rPr>
        <w:t>）</w:t>
      </w:r>
      <w:r w:rsidR="00D131F0">
        <w:rPr>
          <w:rFonts w:asciiTheme="majorEastAsia" w:eastAsiaTheme="majorEastAsia" w:hAnsiTheme="majorEastAsia" w:hint="eastAsia"/>
          <w:b/>
          <w:bCs/>
          <w:lang w:eastAsia="ja-JP"/>
        </w:rPr>
        <w:t>その</w:t>
      </w:r>
      <w:r w:rsidR="004D1F79">
        <w:rPr>
          <w:rFonts w:asciiTheme="majorEastAsia" w:eastAsiaTheme="majorEastAsia" w:hAnsiTheme="majorEastAsia" w:hint="eastAsia"/>
          <w:b/>
          <w:bCs/>
          <w:lang w:eastAsia="ja-JP"/>
        </w:rPr>
        <w:t>他</w:t>
      </w:r>
    </w:p>
    <w:p w14:paraId="0D260E68" w14:textId="5B7505AD" w:rsidR="00D131F0" w:rsidRPr="00452387" w:rsidRDefault="00D131F0" w:rsidP="00D131F0">
      <w:pPr>
        <w:ind w:leftChars="300" w:left="660"/>
        <w:rPr>
          <w:rFonts w:asciiTheme="majorEastAsia" w:eastAsiaTheme="majorEastAsia" w:hAnsiTheme="majorEastAsia"/>
          <w:b/>
          <w:bCs/>
          <w:lang w:eastAsia="ja-JP"/>
        </w:rPr>
      </w:pPr>
      <w:r w:rsidRPr="00452387">
        <w:rPr>
          <w:rFonts w:asciiTheme="majorEastAsia" w:eastAsiaTheme="majorEastAsia" w:hAnsiTheme="majorEastAsia" w:hint="eastAsia"/>
          <w:lang w:eastAsia="ja-JP"/>
        </w:rPr>
        <w:t>次回の第２回特別小委員会は、令和８年８月21日午前９時30分から開催することを確認した。</w:t>
      </w:r>
    </w:p>
    <w:p w14:paraId="34FF948C" w14:textId="3118529D" w:rsidR="00421FB6" w:rsidRDefault="00CA7A94">
      <w:pPr>
        <w:pStyle w:val="1"/>
        <w:rPr>
          <w:rFonts w:asciiTheme="majorEastAsia" w:hAnsiTheme="majorEastAsia"/>
          <w:lang w:eastAsia="ja-JP"/>
        </w:rPr>
      </w:pPr>
      <w:r w:rsidRPr="0032082F">
        <w:rPr>
          <w:rFonts w:asciiTheme="majorEastAsia" w:hAnsiTheme="majorEastAsia"/>
          <w:lang w:eastAsia="ja-JP"/>
        </w:rPr>
        <w:t>５ 決定事項</w:t>
      </w:r>
    </w:p>
    <w:p w14:paraId="2B7F5220" w14:textId="77777777" w:rsidR="00D131F0" w:rsidRPr="00D131F0" w:rsidRDefault="0032082F" w:rsidP="00D131F0">
      <w:pPr>
        <w:rPr>
          <w:rFonts w:ascii="ＭＳ ゴシック" w:eastAsia="ＭＳ ゴシック" w:hAnsi="ＭＳ ゴシック"/>
          <w:b/>
          <w:bCs/>
          <w:lang w:eastAsia="ja-JP"/>
        </w:rPr>
      </w:pPr>
      <w:r w:rsidRPr="0032082F">
        <w:rPr>
          <w:rFonts w:ascii="ＭＳ ゴシック" w:eastAsia="ＭＳ ゴシック" w:hAnsi="ＭＳ ゴシック" w:hint="eastAsia"/>
          <w:b/>
          <w:bCs/>
          <w:lang w:eastAsia="ja-JP"/>
        </w:rPr>
        <w:t>（１）</w:t>
      </w:r>
      <w:r w:rsidR="00D131F0" w:rsidRPr="00D131F0">
        <w:rPr>
          <w:rFonts w:ascii="ＭＳ ゴシック" w:eastAsia="ＭＳ ゴシック" w:hAnsi="ＭＳ ゴシック" w:hint="eastAsia"/>
          <w:b/>
          <w:bCs/>
          <w:lang w:eastAsia="ja-JP"/>
        </w:rPr>
        <w:t>委員長に村上委員、委員長代理に大竹委員を選出した。</w:t>
      </w:r>
    </w:p>
    <w:p w14:paraId="5EE3CF50" w14:textId="1CCD8971" w:rsidR="00D131F0" w:rsidRPr="00D131F0" w:rsidRDefault="00D131F0" w:rsidP="00D131F0">
      <w:pPr>
        <w:rPr>
          <w:rFonts w:ascii="ＭＳ ゴシック" w:eastAsia="ＭＳ ゴシック" w:hAnsi="ＭＳ ゴシック"/>
          <w:b/>
          <w:bCs/>
          <w:lang w:eastAsia="ja-JP"/>
        </w:rPr>
      </w:pPr>
      <w:r>
        <w:rPr>
          <w:rFonts w:ascii="ＭＳ ゴシック" w:eastAsia="ＭＳ ゴシック" w:hAnsi="ＭＳ ゴシック" w:hint="eastAsia"/>
          <w:b/>
          <w:bCs/>
          <w:lang w:eastAsia="ja-JP"/>
        </w:rPr>
        <w:t>（２）</w:t>
      </w:r>
      <w:r w:rsidRPr="00D131F0">
        <w:rPr>
          <w:rFonts w:ascii="ＭＳ ゴシック" w:eastAsia="ＭＳ ゴシック" w:hAnsi="ＭＳ ゴシック" w:hint="eastAsia"/>
          <w:b/>
          <w:bCs/>
          <w:lang w:eastAsia="ja-JP"/>
        </w:rPr>
        <w:t>特定最低賃金の審議においては、資料で示された簡略呼称を使用することとした。</w:t>
      </w:r>
    </w:p>
    <w:p w14:paraId="2A2377D3" w14:textId="77777777" w:rsidR="00D131F0" w:rsidRDefault="00D131F0" w:rsidP="00D131F0">
      <w:pPr>
        <w:rPr>
          <w:rFonts w:ascii="ＭＳ ゴシック" w:eastAsia="ＭＳ ゴシック" w:hAnsi="ＭＳ ゴシック"/>
          <w:b/>
          <w:bCs/>
          <w:lang w:eastAsia="ja-JP"/>
        </w:rPr>
      </w:pPr>
      <w:r>
        <w:rPr>
          <w:rFonts w:ascii="ＭＳ ゴシック" w:eastAsia="ＭＳ ゴシック" w:hAnsi="ＭＳ ゴシック" w:hint="eastAsia"/>
          <w:b/>
          <w:bCs/>
          <w:lang w:eastAsia="ja-JP"/>
        </w:rPr>
        <w:t>（３）</w:t>
      </w:r>
      <w:r w:rsidRPr="00D131F0">
        <w:rPr>
          <w:rFonts w:ascii="ＭＳ ゴシック" w:eastAsia="ＭＳ ゴシック" w:hAnsi="ＭＳ ゴシック" w:hint="eastAsia"/>
          <w:b/>
          <w:bCs/>
          <w:lang w:eastAsia="ja-JP"/>
        </w:rPr>
        <w:t>特定最低賃金の決定及び改正決定の必要性については、第２回特別小委員会で審</w:t>
      </w:r>
    </w:p>
    <w:p w14:paraId="46B1FD2F" w14:textId="0B1E72B6" w:rsidR="00D131F0" w:rsidRDefault="00D131F0" w:rsidP="00D131F0">
      <w:pPr>
        <w:ind w:firstLineChars="300" w:firstLine="663"/>
        <w:rPr>
          <w:rFonts w:ascii="ＭＳ ゴシック" w:eastAsia="ＭＳ ゴシック" w:hAnsi="ＭＳ ゴシック"/>
          <w:b/>
          <w:bCs/>
          <w:lang w:eastAsia="ja-JP"/>
        </w:rPr>
      </w:pPr>
      <w:r w:rsidRPr="00D131F0">
        <w:rPr>
          <w:rFonts w:ascii="ＭＳ ゴシック" w:eastAsia="ＭＳ ゴシック" w:hAnsi="ＭＳ ゴシック" w:hint="eastAsia"/>
          <w:b/>
          <w:bCs/>
          <w:lang w:eastAsia="ja-JP"/>
        </w:rPr>
        <w:t>議することとした。</w:t>
      </w:r>
    </w:p>
    <w:p w14:paraId="55642442" w14:textId="65F26B0C" w:rsidR="0032082F" w:rsidRPr="0032082F" w:rsidRDefault="00D131F0" w:rsidP="00D131F0">
      <w:pPr>
        <w:rPr>
          <w:rFonts w:ascii="ＭＳ ゴシック" w:eastAsia="ＭＳ ゴシック" w:hAnsi="ＭＳ ゴシック"/>
          <w:b/>
          <w:bCs/>
          <w:lang w:eastAsia="ja-JP"/>
        </w:rPr>
      </w:pPr>
      <w:r>
        <w:rPr>
          <w:rFonts w:ascii="ＭＳ ゴシック" w:eastAsia="ＭＳ ゴシック" w:hAnsi="ＭＳ ゴシック" w:hint="eastAsia"/>
          <w:b/>
          <w:bCs/>
          <w:lang w:eastAsia="ja-JP"/>
        </w:rPr>
        <w:t>（４）</w:t>
      </w:r>
      <w:r w:rsidRPr="00D131F0">
        <w:rPr>
          <w:rFonts w:ascii="ＭＳ ゴシック" w:eastAsia="ＭＳ ゴシック" w:hAnsi="ＭＳ ゴシック" w:hint="eastAsia"/>
          <w:b/>
          <w:bCs/>
          <w:lang w:eastAsia="ja-JP"/>
        </w:rPr>
        <w:t>第２回特別小委員会を令和８年８月21日に開催することとした</w:t>
      </w:r>
      <w:r>
        <w:rPr>
          <w:rFonts w:ascii="ＭＳ ゴシック" w:eastAsia="ＭＳ ゴシック" w:hAnsi="ＭＳ ゴシック" w:hint="eastAsia"/>
          <w:b/>
          <w:bCs/>
          <w:lang w:eastAsia="ja-JP"/>
        </w:rPr>
        <w:t>。</w:t>
      </w:r>
    </w:p>
    <w:sectPr w:rsidR="0032082F" w:rsidRPr="0032082F"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59EF9" w14:textId="77777777" w:rsidR="00F04D0A" w:rsidRDefault="00F04D0A" w:rsidP="00F04D0A">
      <w:pPr>
        <w:spacing w:after="0" w:line="240" w:lineRule="auto"/>
      </w:pPr>
      <w:r>
        <w:separator/>
      </w:r>
    </w:p>
  </w:endnote>
  <w:endnote w:type="continuationSeparator" w:id="0">
    <w:p w14:paraId="247105CD" w14:textId="77777777" w:rsidR="00F04D0A" w:rsidRDefault="00F04D0A" w:rsidP="00F04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58D0F" w14:textId="77777777" w:rsidR="00F04D0A" w:rsidRDefault="00F04D0A" w:rsidP="00F04D0A">
      <w:pPr>
        <w:spacing w:after="0" w:line="240" w:lineRule="auto"/>
      </w:pPr>
      <w:r>
        <w:separator/>
      </w:r>
    </w:p>
  </w:footnote>
  <w:footnote w:type="continuationSeparator" w:id="0">
    <w:p w14:paraId="7E758C28" w14:textId="77777777" w:rsidR="00F04D0A" w:rsidRDefault="00F04D0A" w:rsidP="00F04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7BF00535"/>
    <w:multiLevelType w:val="hybridMultilevel"/>
    <w:tmpl w:val="5A4EF9C2"/>
    <w:lvl w:ilvl="0" w:tplc="2680533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96530863">
    <w:abstractNumId w:val="8"/>
  </w:num>
  <w:num w:numId="2" w16cid:durableId="2135832776">
    <w:abstractNumId w:val="6"/>
  </w:num>
  <w:num w:numId="3" w16cid:durableId="1202546795">
    <w:abstractNumId w:val="5"/>
  </w:num>
  <w:num w:numId="4" w16cid:durableId="861668632">
    <w:abstractNumId w:val="4"/>
  </w:num>
  <w:num w:numId="5" w16cid:durableId="2103142622">
    <w:abstractNumId w:val="7"/>
  </w:num>
  <w:num w:numId="6" w16cid:durableId="836650188">
    <w:abstractNumId w:val="3"/>
  </w:num>
  <w:num w:numId="7" w16cid:durableId="1080829875">
    <w:abstractNumId w:val="2"/>
  </w:num>
  <w:num w:numId="8" w16cid:durableId="330984336">
    <w:abstractNumId w:val="1"/>
  </w:num>
  <w:num w:numId="9" w16cid:durableId="1332371096">
    <w:abstractNumId w:val="0"/>
  </w:num>
  <w:num w:numId="10" w16cid:durableId="17694968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720"/>
  <w:characterSpacingControl w:val="doNotCompress"/>
  <w:hdrShapeDefaults>
    <o:shapedefaults v:ext="edit" spidmax="18433">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9CD"/>
    <w:rsid w:val="00034616"/>
    <w:rsid w:val="0003770F"/>
    <w:rsid w:val="0006063C"/>
    <w:rsid w:val="0015074B"/>
    <w:rsid w:val="002660C0"/>
    <w:rsid w:val="0029639D"/>
    <w:rsid w:val="002B403E"/>
    <w:rsid w:val="0032082F"/>
    <w:rsid w:val="00326F90"/>
    <w:rsid w:val="00362107"/>
    <w:rsid w:val="003D4482"/>
    <w:rsid w:val="00406D28"/>
    <w:rsid w:val="00421FB6"/>
    <w:rsid w:val="00452387"/>
    <w:rsid w:val="004D1F79"/>
    <w:rsid w:val="00584FBA"/>
    <w:rsid w:val="005C56A6"/>
    <w:rsid w:val="00663C68"/>
    <w:rsid w:val="00773122"/>
    <w:rsid w:val="007A2CD6"/>
    <w:rsid w:val="00812492"/>
    <w:rsid w:val="008C65DA"/>
    <w:rsid w:val="008D1314"/>
    <w:rsid w:val="0093332B"/>
    <w:rsid w:val="00933DA3"/>
    <w:rsid w:val="009350AD"/>
    <w:rsid w:val="009E68B9"/>
    <w:rsid w:val="00A2339A"/>
    <w:rsid w:val="00A446AC"/>
    <w:rsid w:val="00AA1D8D"/>
    <w:rsid w:val="00AD5729"/>
    <w:rsid w:val="00B47730"/>
    <w:rsid w:val="00CA7A94"/>
    <w:rsid w:val="00CB0664"/>
    <w:rsid w:val="00D131F0"/>
    <w:rsid w:val="00E06A34"/>
    <w:rsid w:val="00F04D0A"/>
    <w:rsid w:val="00F106B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v:textbox inset="5.85pt,.7pt,5.85pt,.7pt"/>
    </o:shapedefaults>
    <o:shapelayout v:ext="edit">
      <o:idmap v:ext="edit" data="1"/>
    </o:shapelayout>
  </w:shapeDefaults>
  <w:decimalSymbol w:val="."/>
  <w:listSeparator w:val=","/>
  <w14:docId w14:val="42B84FBD"/>
  <w14:defaultImageDpi w14:val="300"/>
  <w15:docId w15:val="{31810D84-D819-4356-A2FD-8EB784B0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77362">
      <w:bodyDiv w:val="1"/>
      <w:marLeft w:val="0"/>
      <w:marRight w:val="0"/>
      <w:marTop w:val="0"/>
      <w:marBottom w:val="0"/>
      <w:divBdr>
        <w:top w:val="none" w:sz="0" w:space="0" w:color="auto"/>
        <w:left w:val="none" w:sz="0" w:space="0" w:color="auto"/>
        <w:bottom w:val="none" w:sz="0" w:space="0" w:color="auto"/>
        <w:right w:val="none" w:sz="0" w:space="0" w:color="auto"/>
      </w:divBdr>
      <w:divsChild>
        <w:div w:id="85376866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136</Words>
  <Characters>778</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913</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