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CB6A2" w14:textId="5004F06E" w:rsidR="00004848" w:rsidRPr="00812ACD" w:rsidRDefault="006942BC" w:rsidP="00196659">
      <w:pPr>
        <w:pStyle w:val="aa"/>
        <w:jc w:val="center"/>
        <w:rPr>
          <w:rFonts w:ascii="HG丸ｺﾞｼｯｸM-PRO" w:eastAsia="HG丸ｺﾞｼｯｸM-PRO" w:hAnsi="HG丸ｺﾞｼｯｸM-PRO"/>
          <w:lang w:eastAsia="ja-JP"/>
        </w:rPr>
      </w:pPr>
      <w:r w:rsidRPr="006942BC">
        <w:rPr>
          <w:rFonts w:ascii="HG丸ｺﾞｼｯｸM-PRO" w:eastAsia="HG丸ｺﾞｼｯｸM-PRO" w:hAnsi="HG丸ｺﾞｼｯｸM-PRO" w:hint="eastAsia"/>
          <w:lang w:eastAsia="ja-JP"/>
        </w:rPr>
        <w:t>見学歓迎事業所登録票</w:t>
      </w:r>
    </w:p>
    <w:p w14:paraId="7BE16824" w14:textId="50AC1D0C" w:rsidR="00A4717F" w:rsidRDefault="00082A19" w:rsidP="006335E7">
      <w:pPr>
        <w:rPr>
          <w:rFonts w:ascii="HG丸ｺﾞｼｯｸM-PRO" w:eastAsia="HG丸ｺﾞｼｯｸM-PRO" w:hAnsi="HG丸ｺﾞｼｯｸM-PRO"/>
          <w:sz w:val="24"/>
          <w:szCs w:val="24"/>
          <w:lang w:eastAsia="ja-JP"/>
        </w:rPr>
      </w:pPr>
      <w:r w:rsidRPr="00812ACD">
        <w:rPr>
          <w:rFonts w:ascii="HG丸ｺﾞｼｯｸM-PRO" w:eastAsia="HG丸ｺﾞｼｯｸM-PRO" w:hAnsi="HG丸ｺﾞｼｯｸM-PRO"/>
          <w:sz w:val="24"/>
          <w:szCs w:val="24"/>
          <w:lang w:eastAsia="ja-JP"/>
        </w:rPr>
        <w:t>※</w:t>
      </w:r>
      <w:r w:rsidR="006335E7" w:rsidRPr="006335E7">
        <w:rPr>
          <w:rFonts w:ascii="HG丸ｺﾞｼｯｸM-PRO" w:eastAsia="HG丸ｺﾞｼｯｸM-PRO" w:hAnsi="HG丸ｺﾞｼｯｸM-PRO" w:hint="eastAsia"/>
          <w:sz w:val="24"/>
          <w:szCs w:val="24"/>
          <w:lang w:eastAsia="ja-JP"/>
        </w:rPr>
        <w:t>ハローワークでは、応募前に職場見学が可能な事業所をホームページ等で紹介</w:t>
      </w:r>
      <w:r w:rsidR="006924D6">
        <w:rPr>
          <w:rFonts w:ascii="HG丸ｺﾞｼｯｸM-PRO" w:eastAsia="HG丸ｺﾞｼｯｸM-PRO" w:hAnsi="HG丸ｺﾞｼｯｸM-PRO" w:hint="eastAsia"/>
          <w:sz w:val="24"/>
          <w:szCs w:val="24"/>
          <w:lang w:eastAsia="ja-JP"/>
        </w:rPr>
        <w:t>しております。</w:t>
      </w:r>
    </w:p>
    <w:p w14:paraId="2F674E6D" w14:textId="431E48F3" w:rsidR="00004848" w:rsidRPr="00812ACD" w:rsidRDefault="006335E7" w:rsidP="006335E7">
      <w:pPr>
        <w:rPr>
          <w:rFonts w:ascii="HG丸ｺﾞｼｯｸM-PRO" w:eastAsia="HG丸ｺﾞｼｯｸM-PRO" w:hAnsi="HG丸ｺﾞｼｯｸM-PRO"/>
          <w:sz w:val="24"/>
          <w:szCs w:val="24"/>
          <w:lang w:eastAsia="ja-JP"/>
        </w:rPr>
      </w:pPr>
      <w:r w:rsidRPr="006335E7">
        <w:rPr>
          <w:rFonts w:ascii="HG丸ｺﾞｼｯｸM-PRO" w:eastAsia="HG丸ｺﾞｼｯｸM-PRO" w:hAnsi="HG丸ｺﾞｼｯｸM-PRO" w:hint="eastAsia"/>
          <w:sz w:val="24"/>
          <w:szCs w:val="24"/>
          <w:lang w:eastAsia="ja-JP"/>
        </w:rPr>
        <w:t>ご協力いただける場合は、以下の項目にチェックをお願いします。</w:t>
      </w:r>
      <w:r w:rsidR="002E1669" w:rsidRPr="002E1669">
        <w:rPr>
          <w:rFonts w:ascii="HG丸ｺﾞｼｯｸM-PRO" w:eastAsia="HG丸ｺﾞｼｯｸM-PRO" w:hAnsi="HG丸ｺﾞｼｯｸM-PRO" w:hint="eastAsia"/>
          <w:sz w:val="24"/>
          <w:szCs w:val="24"/>
          <w:lang w:eastAsia="ja-JP"/>
        </w:rPr>
        <w:t>各欄は箇条書き又は簡潔な文章（目安：1～3行）でご記入ください。</w:t>
      </w:r>
    </w:p>
    <w:p w14:paraId="293882D1" w14:textId="7D883A27" w:rsidR="00004848" w:rsidRPr="00812ACD" w:rsidRDefault="00004848" w:rsidP="00911BB3">
      <w:pPr>
        <w:rPr>
          <w:rFonts w:ascii="HG丸ｺﾞｼｯｸM-PRO" w:eastAsia="HG丸ｺﾞｼｯｸM-PRO" w:hAnsi="HG丸ｺﾞｼｯｸM-PRO"/>
          <w:sz w:val="24"/>
          <w:szCs w:val="24"/>
          <w:lang w:eastAsia="ja-JP"/>
        </w:rPr>
      </w:pPr>
    </w:p>
    <w:p w14:paraId="09955962" w14:textId="77777777" w:rsidR="002075F0" w:rsidRPr="002075F0" w:rsidRDefault="002075F0" w:rsidP="002075F0">
      <w:pPr>
        <w:rPr>
          <w:rFonts w:ascii="HG丸ｺﾞｼｯｸM-PRO" w:eastAsia="HG丸ｺﾞｼｯｸM-PRO" w:hAnsi="HG丸ｺﾞｼｯｸM-PRO"/>
          <w:sz w:val="24"/>
          <w:szCs w:val="24"/>
          <w:lang w:eastAsia="ja-JP"/>
        </w:rPr>
      </w:pPr>
      <w:r w:rsidRPr="002075F0">
        <w:rPr>
          <w:rFonts w:ascii="HG丸ｺﾞｼｯｸM-PRO" w:eastAsia="HG丸ｺﾞｼｯｸM-PRO" w:hAnsi="HG丸ｺﾞｼｯｸM-PRO" w:hint="eastAsia"/>
          <w:sz w:val="24"/>
          <w:szCs w:val="24"/>
          <w:lang w:eastAsia="ja-JP"/>
        </w:rPr>
        <w:t>■事業所名</w:t>
      </w:r>
    </w:p>
    <w:p w14:paraId="4192B382" w14:textId="77777777" w:rsidR="002075F0" w:rsidRPr="002075F0" w:rsidRDefault="002075F0" w:rsidP="002075F0">
      <w:pPr>
        <w:rPr>
          <w:rFonts w:ascii="HG丸ｺﾞｼｯｸM-PRO" w:eastAsia="HG丸ｺﾞｼｯｸM-PRO" w:hAnsi="HG丸ｺﾞｼｯｸM-PRO"/>
          <w:sz w:val="24"/>
          <w:szCs w:val="24"/>
          <w:lang w:eastAsia="ja-JP"/>
        </w:rPr>
      </w:pPr>
      <w:r w:rsidRPr="002075F0">
        <w:rPr>
          <w:rFonts w:ascii="HG丸ｺﾞｼｯｸM-PRO" w:eastAsia="HG丸ｺﾞｼｯｸM-PRO" w:hAnsi="HG丸ｺﾞｼｯｸM-PRO" w:hint="eastAsia"/>
          <w:sz w:val="24"/>
          <w:szCs w:val="24"/>
          <w:lang w:eastAsia="ja-JP"/>
        </w:rPr>
        <w:t>＿＿＿＿＿＿＿＿＿＿＿＿＿＿＿＿</w:t>
      </w:r>
    </w:p>
    <w:p w14:paraId="33FD50D4" w14:textId="77777777" w:rsidR="002075F0" w:rsidRPr="002075F0" w:rsidRDefault="002075F0" w:rsidP="002075F0">
      <w:pPr>
        <w:rPr>
          <w:rFonts w:ascii="HG丸ｺﾞｼｯｸM-PRO" w:eastAsia="HG丸ｺﾞｼｯｸM-PRO" w:hAnsi="HG丸ｺﾞｼｯｸM-PRO"/>
          <w:sz w:val="24"/>
          <w:szCs w:val="24"/>
          <w:lang w:eastAsia="ja-JP"/>
        </w:rPr>
      </w:pPr>
      <w:r w:rsidRPr="002075F0">
        <w:rPr>
          <w:rFonts w:ascii="HG丸ｺﾞｼｯｸM-PRO" w:eastAsia="HG丸ｺﾞｼｯｸM-PRO" w:hAnsi="HG丸ｺﾞｼｯｸM-PRO" w:hint="eastAsia"/>
          <w:sz w:val="24"/>
          <w:szCs w:val="24"/>
          <w:lang w:eastAsia="ja-JP"/>
        </w:rPr>
        <w:t>■見学受入れ</w:t>
      </w:r>
    </w:p>
    <w:p w14:paraId="6B429B89" w14:textId="693A3053" w:rsidR="009557E7" w:rsidRPr="009557E7" w:rsidRDefault="008D5EAB" w:rsidP="009557E7">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1156447673"/>
          <w14:checkbox>
            <w14:checked w14:val="0"/>
            <w14:checkedState w14:val="2611" w14:font="Segoe UI Symbol"/>
            <w14:uncheckedState w14:val="2610" w14:font="ＭＳ ゴシック"/>
          </w14:checkbox>
        </w:sdtPr>
        <w:sdtEndPr/>
        <w:sdtContent>
          <w:r w:rsidR="007B43C2">
            <w:rPr>
              <w:rFonts w:ascii="ＭＳ ゴシック" w:eastAsia="ＭＳ ゴシック" w:hAnsi="ＭＳ ゴシック" w:hint="eastAsia"/>
              <w:sz w:val="24"/>
              <w:szCs w:val="24"/>
              <w:lang w:eastAsia="ja-JP"/>
            </w:rPr>
            <w:t>☐</w:t>
          </w:r>
        </w:sdtContent>
      </w:sdt>
      <w:r w:rsidR="009557E7" w:rsidRPr="009557E7">
        <w:rPr>
          <w:rFonts w:ascii="HG丸ｺﾞｼｯｸM-PRO" w:eastAsia="HG丸ｺﾞｼｯｸM-PRO" w:hAnsi="HG丸ｺﾞｼｯｸM-PRO" w:hint="eastAsia"/>
          <w:sz w:val="24"/>
          <w:szCs w:val="24"/>
          <w:lang w:eastAsia="ja-JP"/>
        </w:rPr>
        <w:t>日程調整のうえ見学可能</w:t>
      </w:r>
    </w:p>
    <w:p w14:paraId="7555B660" w14:textId="41405135" w:rsidR="009557E7" w:rsidRPr="009557E7" w:rsidRDefault="008D5EAB" w:rsidP="009557E7">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1135016330"/>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9557E7" w:rsidRPr="009557E7">
        <w:rPr>
          <w:rFonts w:ascii="HG丸ｺﾞｼｯｸM-PRO" w:eastAsia="HG丸ｺﾞｼｯｸM-PRO" w:hAnsi="HG丸ｺﾞｼｯｸM-PRO" w:hint="eastAsia"/>
          <w:sz w:val="24"/>
          <w:szCs w:val="24"/>
          <w:lang w:eastAsia="ja-JP"/>
        </w:rPr>
        <w:t>条件付きで可能</w:t>
      </w:r>
      <w:r w:rsidR="003A0BCC">
        <w:rPr>
          <w:rFonts w:ascii="HG丸ｺﾞｼｯｸM-PRO" w:eastAsia="HG丸ｺﾞｼｯｸM-PRO" w:hAnsi="HG丸ｺﾞｼｯｸM-PRO" w:hint="eastAsia"/>
          <w:sz w:val="24"/>
          <w:szCs w:val="24"/>
          <w:lang w:eastAsia="ja-JP"/>
        </w:rPr>
        <w:t xml:space="preserve">（条件：　</w:t>
      </w:r>
      <w:r w:rsidR="00384C4D">
        <w:rPr>
          <w:rFonts w:ascii="HG丸ｺﾞｼｯｸM-PRO" w:eastAsia="HG丸ｺﾞｼｯｸM-PRO" w:hAnsi="HG丸ｺﾞｼｯｸM-PRO" w:hint="eastAsia"/>
          <w:sz w:val="24"/>
          <w:szCs w:val="24"/>
          <w:lang w:eastAsia="ja-JP"/>
        </w:rPr>
        <w:t xml:space="preserve">　</w:t>
      </w:r>
      <w:r w:rsidR="003A0BCC">
        <w:rPr>
          <w:rFonts w:ascii="HG丸ｺﾞｼｯｸM-PRO" w:eastAsia="HG丸ｺﾞｼｯｸM-PRO" w:hAnsi="HG丸ｺﾞｼｯｸM-PRO" w:hint="eastAsia"/>
          <w:sz w:val="24"/>
          <w:szCs w:val="24"/>
          <w:lang w:eastAsia="ja-JP"/>
        </w:rPr>
        <w:t xml:space="preserve">　　　　　　　）</w:t>
      </w:r>
    </w:p>
    <w:p w14:paraId="09595185" w14:textId="34A17A24"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1083913065"/>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992EF2" w:rsidRPr="00992EF2">
        <w:rPr>
          <w:rFonts w:ascii="HG丸ｺﾞｼｯｸM-PRO" w:eastAsia="HG丸ｺﾞｼｯｸM-PRO" w:hAnsi="HG丸ｺﾞｼｯｸM-PRO" w:hint="eastAsia"/>
          <w:sz w:val="24"/>
          <w:szCs w:val="24"/>
          <w:lang w:eastAsia="ja-JP"/>
        </w:rPr>
        <w:t xml:space="preserve"> 求人応募を検討している方に限り見学可能</w:t>
      </w:r>
    </w:p>
    <w:p w14:paraId="42991E3A" w14:textId="77777777" w:rsidR="002075F0" w:rsidRPr="002075F0" w:rsidRDefault="002075F0" w:rsidP="002075F0">
      <w:pPr>
        <w:rPr>
          <w:rFonts w:ascii="HG丸ｺﾞｼｯｸM-PRO" w:eastAsia="HG丸ｺﾞｼｯｸM-PRO" w:hAnsi="HG丸ｺﾞｼｯｸM-PRO"/>
          <w:sz w:val="24"/>
          <w:szCs w:val="24"/>
          <w:lang w:eastAsia="ja-JP"/>
        </w:rPr>
      </w:pPr>
    </w:p>
    <w:p w14:paraId="072978C8" w14:textId="77777777" w:rsidR="002075F0" w:rsidRPr="002075F0" w:rsidRDefault="002075F0" w:rsidP="002075F0">
      <w:pPr>
        <w:rPr>
          <w:rFonts w:ascii="HG丸ｺﾞｼｯｸM-PRO" w:eastAsia="HG丸ｺﾞｼｯｸM-PRO" w:hAnsi="HG丸ｺﾞｼｯｸM-PRO"/>
          <w:sz w:val="24"/>
          <w:szCs w:val="24"/>
          <w:lang w:eastAsia="ja-JP"/>
        </w:rPr>
      </w:pPr>
      <w:r w:rsidRPr="002075F0">
        <w:rPr>
          <w:rFonts w:ascii="HG丸ｺﾞｼｯｸM-PRO" w:eastAsia="HG丸ｺﾞｼｯｸM-PRO" w:hAnsi="HG丸ｺﾞｼｯｸM-PRO" w:hint="eastAsia"/>
          <w:sz w:val="24"/>
          <w:szCs w:val="24"/>
          <w:lang w:eastAsia="ja-JP"/>
        </w:rPr>
        <w:t>■募集職種（複数選択可）</w:t>
      </w:r>
    </w:p>
    <w:p w14:paraId="5D0B3EBC" w14:textId="7E37457C"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671766002"/>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2075F0" w:rsidRPr="002075F0">
        <w:rPr>
          <w:rFonts w:ascii="HG丸ｺﾞｼｯｸM-PRO" w:eastAsia="HG丸ｺﾞｼｯｸM-PRO" w:hAnsi="HG丸ｺﾞｼｯｸM-PRO" w:hint="eastAsia"/>
          <w:sz w:val="24"/>
          <w:szCs w:val="24"/>
          <w:lang w:eastAsia="ja-JP"/>
        </w:rPr>
        <w:t>介護職</w:t>
      </w:r>
    </w:p>
    <w:p w14:paraId="1372A757" w14:textId="07F557B9"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796417835"/>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2075F0" w:rsidRPr="002075F0">
        <w:rPr>
          <w:rFonts w:ascii="HG丸ｺﾞｼｯｸM-PRO" w:eastAsia="HG丸ｺﾞｼｯｸM-PRO" w:hAnsi="HG丸ｺﾞｼｯｸM-PRO" w:hint="eastAsia"/>
          <w:sz w:val="24"/>
          <w:szCs w:val="24"/>
          <w:lang w:eastAsia="ja-JP"/>
        </w:rPr>
        <w:t>介護補助</w:t>
      </w:r>
    </w:p>
    <w:p w14:paraId="308A5D71" w14:textId="4216BD9E"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1642642605"/>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2075F0" w:rsidRPr="002075F0">
        <w:rPr>
          <w:rFonts w:ascii="HG丸ｺﾞｼｯｸM-PRO" w:eastAsia="HG丸ｺﾞｼｯｸM-PRO" w:hAnsi="HG丸ｺﾞｼｯｸM-PRO" w:hint="eastAsia"/>
          <w:sz w:val="24"/>
          <w:szCs w:val="24"/>
          <w:lang w:eastAsia="ja-JP"/>
        </w:rPr>
        <w:t>看護助手</w:t>
      </w:r>
    </w:p>
    <w:p w14:paraId="472F91AA" w14:textId="146C3E77"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1232229157"/>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2075F0" w:rsidRPr="002075F0">
        <w:rPr>
          <w:rFonts w:ascii="HG丸ｺﾞｼｯｸM-PRO" w:eastAsia="HG丸ｺﾞｼｯｸM-PRO" w:hAnsi="HG丸ｺﾞｼｯｸM-PRO" w:hint="eastAsia"/>
          <w:sz w:val="24"/>
          <w:szCs w:val="24"/>
          <w:lang w:eastAsia="ja-JP"/>
        </w:rPr>
        <w:t>看護職</w:t>
      </w:r>
    </w:p>
    <w:p w14:paraId="06F409E4" w14:textId="316E9039"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549763801"/>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2075F0" w:rsidRPr="002075F0">
        <w:rPr>
          <w:rFonts w:ascii="HG丸ｺﾞｼｯｸM-PRO" w:eastAsia="HG丸ｺﾞｼｯｸM-PRO" w:hAnsi="HG丸ｺﾞｼｯｸM-PRO" w:hint="eastAsia"/>
          <w:sz w:val="24"/>
          <w:szCs w:val="24"/>
          <w:lang w:eastAsia="ja-JP"/>
        </w:rPr>
        <w:t>保育士</w:t>
      </w:r>
    </w:p>
    <w:p w14:paraId="5B2C2F37" w14:textId="7ACD9F58"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1618493624"/>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2075F0" w:rsidRPr="002075F0">
        <w:rPr>
          <w:rFonts w:ascii="HG丸ｺﾞｼｯｸM-PRO" w:eastAsia="HG丸ｺﾞｼｯｸM-PRO" w:hAnsi="HG丸ｺﾞｼｯｸM-PRO" w:hint="eastAsia"/>
          <w:sz w:val="24"/>
          <w:szCs w:val="24"/>
          <w:lang w:eastAsia="ja-JP"/>
        </w:rPr>
        <w:t>保育補助</w:t>
      </w:r>
    </w:p>
    <w:p w14:paraId="491C4472" w14:textId="30D3B902"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452634237"/>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2075F0" w:rsidRPr="002075F0">
        <w:rPr>
          <w:rFonts w:ascii="HG丸ｺﾞｼｯｸM-PRO" w:eastAsia="HG丸ｺﾞｼｯｸM-PRO" w:hAnsi="HG丸ｺﾞｼｯｸM-PRO" w:hint="eastAsia"/>
          <w:sz w:val="24"/>
          <w:szCs w:val="24"/>
          <w:lang w:eastAsia="ja-JP"/>
        </w:rPr>
        <w:t xml:space="preserve">その他（　　</w:t>
      </w:r>
      <w:r w:rsidR="00384C4D">
        <w:rPr>
          <w:rFonts w:ascii="HG丸ｺﾞｼｯｸM-PRO" w:eastAsia="HG丸ｺﾞｼｯｸM-PRO" w:hAnsi="HG丸ｺﾞｼｯｸM-PRO" w:hint="eastAsia"/>
          <w:sz w:val="24"/>
          <w:szCs w:val="24"/>
          <w:lang w:eastAsia="ja-JP"/>
        </w:rPr>
        <w:t xml:space="preserve">　　　　　　　　　</w:t>
      </w:r>
      <w:r w:rsidR="002075F0" w:rsidRPr="002075F0">
        <w:rPr>
          <w:rFonts w:ascii="HG丸ｺﾞｼｯｸM-PRO" w:eastAsia="HG丸ｺﾞｼｯｸM-PRO" w:hAnsi="HG丸ｺﾞｼｯｸM-PRO" w:hint="eastAsia"/>
          <w:sz w:val="24"/>
          <w:szCs w:val="24"/>
          <w:lang w:eastAsia="ja-JP"/>
        </w:rPr>
        <w:t xml:space="preserve">　　　　）</w:t>
      </w:r>
    </w:p>
    <w:p w14:paraId="5C7A9FBB" w14:textId="77777777" w:rsidR="002075F0" w:rsidRDefault="002075F0" w:rsidP="002075F0">
      <w:pPr>
        <w:rPr>
          <w:rFonts w:ascii="HG丸ｺﾞｼｯｸM-PRO" w:eastAsia="HG丸ｺﾞｼｯｸM-PRO" w:hAnsi="HG丸ｺﾞｼｯｸM-PRO"/>
          <w:sz w:val="24"/>
          <w:szCs w:val="24"/>
          <w:lang w:eastAsia="ja-JP"/>
        </w:rPr>
      </w:pPr>
    </w:p>
    <w:p w14:paraId="2C7FFB4C" w14:textId="77777777" w:rsidR="002A0B04" w:rsidRPr="002075F0" w:rsidRDefault="002A0B04" w:rsidP="002075F0">
      <w:pPr>
        <w:rPr>
          <w:rFonts w:ascii="HG丸ｺﾞｼｯｸM-PRO" w:eastAsia="HG丸ｺﾞｼｯｸM-PRO" w:hAnsi="HG丸ｺﾞｼｯｸM-PRO"/>
          <w:sz w:val="24"/>
          <w:szCs w:val="24"/>
          <w:lang w:eastAsia="ja-JP"/>
        </w:rPr>
      </w:pPr>
    </w:p>
    <w:p w14:paraId="674EAC5D" w14:textId="77777777" w:rsidR="002075F0" w:rsidRPr="002075F0" w:rsidRDefault="002075F0" w:rsidP="002075F0">
      <w:pPr>
        <w:rPr>
          <w:rFonts w:ascii="HG丸ｺﾞｼｯｸM-PRO" w:eastAsia="HG丸ｺﾞｼｯｸM-PRO" w:hAnsi="HG丸ｺﾞｼｯｸM-PRO"/>
          <w:sz w:val="24"/>
          <w:szCs w:val="24"/>
          <w:lang w:eastAsia="ja-JP"/>
        </w:rPr>
      </w:pPr>
      <w:r w:rsidRPr="002075F0">
        <w:rPr>
          <w:rFonts w:ascii="HG丸ｺﾞｼｯｸM-PRO" w:eastAsia="HG丸ｺﾞｼｯｸM-PRO" w:hAnsi="HG丸ｺﾞｼｯｸM-PRO" w:hint="eastAsia"/>
          <w:sz w:val="24"/>
          <w:szCs w:val="24"/>
          <w:lang w:eastAsia="ja-JP"/>
        </w:rPr>
        <w:lastRenderedPageBreak/>
        <w:t>■事業所の特徴（該当するものにチェック）</w:t>
      </w:r>
    </w:p>
    <w:p w14:paraId="5037470C" w14:textId="5B968BCD"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814155125"/>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2075F0" w:rsidRPr="002075F0">
        <w:rPr>
          <w:rFonts w:ascii="HG丸ｺﾞｼｯｸM-PRO" w:eastAsia="HG丸ｺﾞｼｯｸM-PRO" w:hAnsi="HG丸ｺﾞｼｯｸM-PRO" w:hint="eastAsia"/>
          <w:sz w:val="24"/>
          <w:szCs w:val="24"/>
          <w:lang w:eastAsia="ja-JP"/>
        </w:rPr>
        <w:t>未経験</w:t>
      </w:r>
      <w:r w:rsidR="00EF0F49">
        <w:rPr>
          <w:rFonts w:ascii="HG丸ｺﾞｼｯｸM-PRO" w:eastAsia="HG丸ｺﾞｼｯｸM-PRO" w:hAnsi="HG丸ｺﾞｼｯｸM-PRO" w:hint="eastAsia"/>
          <w:sz w:val="24"/>
          <w:szCs w:val="24"/>
          <w:lang w:eastAsia="ja-JP"/>
        </w:rPr>
        <w:t>の方</w:t>
      </w:r>
      <w:r w:rsidR="002075F0" w:rsidRPr="002075F0">
        <w:rPr>
          <w:rFonts w:ascii="HG丸ｺﾞｼｯｸM-PRO" w:eastAsia="HG丸ｺﾞｼｯｸM-PRO" w:hAnsi="HG丸ｺﾞｼｯｸM-PRO" w:hint="eastAsia"/>
          <w:sz w:val="24"/>
          <w:szCs w:val="24"/>
          <w:lang w:eastAsia="ja-JP"/>
        </w:rPr>
        <w:t>歓迎</w:t>
      </w:r>
    </w:p>
    <w:p w14:paraId="73AD7A56" w14:textId="14D32A45"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484910569"/>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52758D" w:rsidRPr="0052758D">
        <w:rPr>
          <w:rFonts w:ascii="HG丸ｺﾞｼｯｸM-PRO" w:eastAsia="HG丸ｺﾞｼｯｸM-PRO" w:hAnsi="HG丸ｺﾞｼｯｸM-PRO" w:hint="eastAsia"/>
          <w:sz w:val="24"/>
          <w:szCs w:val="24"/>
          <w:lang w:eastAsia="ja-JP"/>
        </w:rPr>
        <w:t>ブランクのある方歓迎</w:t>
      </w:r>
    </w:p>
    <w:p w14:paraId="613B336B" w14:textId="3807F7FB" w:rsid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1135416529"/>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2075F0" w:rsidRPr="002075F0">
        <w:rPr>
          <w:rFonts w:ascii="HG丸ｺﾞｼｯｸM-PRO" w:eastAsia="HG丸ｺﾞｼｯｸM-PRO" w:hAnsi="HG丸ｺﾞｼｯｸM-PRO" w:hint="eastAsia"/>
          <w:sz w:val="24"/>
          <w:szCs w:val="24"/>
          <w:lang w:eastAsia="ja-JP"/>
        </w:rPr>
        <w:t>子育て中</w:t>
      </w:r>
      <w:r w:rsidR="006E145B">
        <w:rPr>
          <w:rFonts w:ascii="HG丸ｺﾞｼｯｸM-PRO" w:eastAsia="HG丸ｺﾞｼｯｸM-PRO" w:hAnsi="HG丸ｺﾞｼｯｸM-PRO" w:hint="eastAsia"/>
          <w:sz w:val="24"/>
          <w:szCs w:val="24"/>
          <w:lang w:eastAsia="ja-JP"/>
        </w:rPr>
        <w:t>介護中</w:t>
      </w:r>
      <w:r w:rsidR="002075F0" w:rsidRPr="002075F0">
        <w:rPr>
          <w:rFonts w:ascii="HG丸ｺﾞｼｯｸM-PRO" w:eastAsia="HG丸ｺﾞｼｯｸM-PRO" w:hAnsi="HG丸ｺﾞｼｯｸM-PRO" w:hint="eastAsia"/>
          <w:sz w:val="24"/>
          <w:szCs w:val="24"/>
          <w:lang w:eastAsia="ja-JP"/>
        </w:rPr>
        <w:t>の職員</w:t>
      </w:r>
      <w:r w:rsidR="0052758D">
        <w:rPr>
          <w:rFonts w:ascii="HG丸ｺﾞｼｯｸM-PRO" w:eastAsia="HG丸ｺﾞｼｯｸM-PRO" w:hAnsi="HG丸ｺﾞｼｯｸM-PRO" w:hint="eastAsia"/>
          <w:sz w:val="24"/>
          <w:szCs w:val="24"/>
          <w:lang w:eastAsia="ja-JP"/>
        </w:rPr>
        <w:t>が</w:t>
      </w:r>
      <w:r w:rsidR="002075F0" w:rsidRPr="002075F0">
        <w:rPr>
          <w:rFonts w:ascii="HG丸ｺﾞｼｯｸM-PRO" w:eastAsia="HG丸ｺﾞｼｯｸM-PRO" w:hAnsi="HG丸ｺﾞｼｯｸM-PRO" w:hint="eastAsia"/>
          <w:sz w:val="24"/>
          <w:szCs w:val="24"/>
          <w:lang w:eastAsia="ja-JP"/>
        </w:rPr>
        <w:t>活躍中</w:t>
      </w:r>
    </w:p>
    <w:p w14:paraId="414D226C" w14:textId="79A530EE" w:rsidR="006E145B" w:rsidRPr="002075F0" w:rsidRDefault="008D5EAB" w:rsidP="006E145B">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802772738"/>
          <w14:checkbox>
            <w14:checked w14:val="0"/>
            <w14:checkedState w14:val="2611" w14:font="Segoe UI Symbol"/>
            <w14:uncheckedState w14:val="2610" w14:font="ＭＳ ゴシック"/>
          </w14:checkbox>
        </w:sdtPr>
        <w:sdtEndPr/>
        <w:sdtContent>
          <w:r w:rsidR="00A9227D">
            <w:rPr>
              <w:rFonts w:ascii="ＭＳ ゴシック" w:eastAsia="ＭＳ ゴシック" w:hAnsi="ＭＳ ゴシック" w:hint="eastAsia"/>
              <w:sz w:val="24"/>
              <w:szCs w:val="24"/>
              <w:lang w:eastAsia="ja-JP"/>
            </w:rPr>
            <w:t>☐</w:t>
          </w:r>
        </w:sdtContent>
      </w:sdt>
      <w:r w:rsidR="006E145B" w:rsidRPr="002075F0">
        <w:rPr>
          <w:rFonts w:ascii="HG丸ｺﾞｼｯｸM-PRO" w:eastAsia="HG丸ｺﾞｼｯｸM-PRO" w:hAnsi="HG丸ｺﾞｼｯｸM-PRO" w:hint="eastAsia"/>
          <w:sz w:val="24"/>
          <w:szCs w:val="24"/>
          <w:lang w:eastAsia="ja-JP"/>
        </w:rPr>
        <w:t>資格取得支援あり</w:t>
      </w:r>
    </w:p>
    <w:p w14:paraId="1F6D071A" w14:textId="78EE430F" w:rsidR="006E145B"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1046134058"/>
          <w14:checkbox>
            <w14:checked w14:val="0"/>
            <w14:checkedState w14:val="2611" w14:font="Segoe UI Symbol"/>
            <w14:uncheckedState w14:val="2610" w14:font="ＭＳ ゴシック"/>
          </w14:checkbox>
        </w:sdtPr>
        <w:sdtEndPr/>
        <w:sdtContent>
          <w:r w:rsidR="00A9227D">
            <w:rPr>
              <w:rFonts w:ascii="ＭＳ ゴシック" w:eastAsia="ＭＳ ゴシック" w:hAnsi="ＭＳ ゴシック" w:hint="eastAsia"/>
              <w:sz w:val="24"/>
              <w:szCs w:val="24"/>
              <w:lang w:eastAsia="ja-JP"/>
            </w:rPr>
            <w:t>☐</w:t>
          </w:r>
        </w:sdtContent>
      </w:sdt>
      <w:r w:rsidR="002A21FF" w:rsidRPr="002075F0">
        <w:rPr>
          <w:rFonts w:ascii="HG丸ｺﾞｼｯｸM-PRO" w:eastAsia="HG丸ｺﾞｼｯｸM-PRO" w:hAnsi="HG丸ｺﾞｼｯｸM-PRO" w:hint="eastAsia"/>
          <w:sz w:val="24"/>
          <w:szCs w:val="24"/>
          <w:lang w:eastAsia="ja-JP"/>
        </w:rPr>
        <w:t>資格</w:t>
      </w:r>
      <w:r w:rsidR="002A21FF">
        <w:rPr>
          <w:rFonts w:ascii="HG丸ｺﾞｼｯｸM-PRO" w:eastAsia="HG丸ｺﾞｼｯｸM-PRO" w:hAnsi="HG丸ｺﾞｼｯｸM-PRO" w:hint="eastAsia"/>
          <w:sz w:val="24"/>
          <w:szCs w:val="24"/>
          <w:lang w:eastAsia="ja-JP"/>
        </w:rPr>
        <w:t>がなくても応募可</w:t>
      </w:r>
    </w:p>
    <w:p w14:paraId="4F1B9E2F" w14:textId="0C006612" w:rsidR="002A21FF" w:rsidRPr="002A21FF"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697080853"/>
          <w14:checkbox>
            <w14:checked w14:val="0"/>
            <w14:checkedState w14:val="2611" w14:font="Segoe UI Symbol"/>
            <w14:uncheckedState w14:val="2610" w14:font="ＭＳ ゴシック"/>
          </w14:checkbox>
        </w:sdtPr>
        <w:sdtEndPr/>
        <w:sdtContent>
          <w:r w:rsidR="00A9227D">
            <w:rPr>
              <w:rFonts w:ascii="ＭＳ ゴシック" w:eastAsia="ＭＳ ゴシック" w:hAnsi="ＭＳ ゴシック" w:hint="eastAsia"/>
              <w:sz w:val="24"/>
              <w:szCs w:val="24"/>
              <w:lang w:eastAsia="ja-JP"/>
            </w:rPr>
            <w:t>☐</w:t>
          </w:r>
        </w:sdtContent>
      </w:sdt>
      <w:r w:rsidR="002A21FF" w:rsidRPr="002075F0">
        <w:rPr>
          <w:rFonts w:ascii="HG丸ｺﾞｼｯｸM-PRO" w:eastAsia="HG丸ｺﾞｼｯｸM-PRO" w:hAnsi="HG丸ｺﾞｼｯｸM-PRO" w:hint="eastAsia"/>
          <w:sz w:val="24"/>
          <w:szCs w:val="24"/>
          <w:lang w:eastAsia="ja-JP"/>
        </w:rPr>
        <w:t>短時間勤務相談可</w:t>
      </w:r>
    </w:p>
    <w:p w14:paraId="37308B94" w14:textId="0D11CEC1"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771983282"/>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2075F0" w:rsidRPr="002075F0">
        <w:rPr>
          <w:rFonts w:ascii="HG丸ｺﾞｼｯｸM-PRO" w:eastAsia="HG丸ｺﾞｼｯｸM-PRO" w:hAnsi="HG丸ｺﾞｼｯｸM-PRO" w:hint="eastAsia"/>
          <w:sz w:val="24"/>
          <w:szCs w:val="24"/>
          <w:lang w:eastAsia="ja-JP"/>
        </w:rPr>
        <w:t>シニア</w:t>
      </w:r>
      <w:r w:rsidR="0052758D">
        <w:rPr>
          <w:rFonts w:ascii="HG丸ｺﾞｼｯｸM-PRO" w:eastAsia="HG丸ｺﾞｼｯｸM-PRO" w:hAnsi="HG丸ｺﾞｼｯｸM-PRO" w:hint="eastAsia"/>
          <w:sz w:val="24"/>
          <w:szCs w:val="24"/>
          <w:lang w:eastAsia="ja-JP"/>
        </w:rPr>
        <w:t>層</w:t>
      </w:r>
      <w:r w:rsidR="002075F0" w:rsidRPr="002075F0">
        <w:rPr>
          <w:rFonts w:ascii="HG丸ｺﾞｼｯｸM-PRO" w:eastAsia="HG丸ｺﾞｼｯｸM-PRO" w:hAnsi="HG丸ｺﾞｼｯｸM-PRO" w:hint="eastAsia"/>
          <w:sz w:val="24"/>
          <w:szCs w:val="24"/>
          <w:lang w:eastAsia="ja-JP"/>
        </w:rPr>
        <w:t>活躍中</w:t>
      </w:r>
    </w:p>
    <w:p w14:paraId="5C678255" w14:textId="746BF177"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32158148"/>
          <w14:checkbox>
            <w14:checked w14:val="0"/>
            <w14:checkedState w14:val="2611" w14:font="Segoe UI Symbol"/>
            <w14:uncheckedState w14:val="2610" w14:font="ＭＳ ゴシック"/>
          </w14:checkbox>
        </w:sdtPr>
        <w:sdtEndPr/>
        <w:sdtContent>
          <w:r w:rsidR="00A9227D">
            <w:rPr>
              <w:rFonts w:ascii="ＭＳ ゴシック" w:eastAsia="ＭＳ ゴシック" w:hAnsi="ＭＳ ゴシック" w:hint="eastAsia"/>
              <w:sz w:val="24"/>
              <w:szCs w:val="24"/>
              <w:lang w:eastAsia="ja-JP"/>
            </w:rPr>
            <w:t>☐</w:t>
          </w:r>
        </w:sdtContent>
      </w:sdt>
      <w:r w:rsidR="00EF0F49">
        <w:rPr>
          <w:rFonts w:ascii="HG丸ｺﾞｼｯｸM-PRO" w:eastAsia="HG丸ｺﾞｼｯｸM-PRO" w:hAnsi="HG丸ｺﾞｼｯｸM-PRO" w:hint="eastAsia"/>
          <w:sz w:val="24"/>
          <w:szCs w:val="24"/>
          <w:lang w:eastAsia="ja-JP"/>
        </w:rPr>
        <w:t>シフト相談可</w:t>
      </w:r>
    </w:p>
    <w:p w14:paraId="387517CE" w14:textId="6A03914E"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1315383135"/>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EF0F49">
        <w:rPr>
          <w:rFonts w:ascii="HG丸ｺﾞｼｯｸM-PRO" w:eastAsia="HG丸ｺﾞｼｯｸM-PRO" w:hAnsi="HG丸ｺﾞｼｯｸM-PRO" w:hint="eastAsia"/>
          <w:sz w:val="24"/>
          <w:szCs w:val="24"/>
          <w:lang w:eastAsia="ja-JP"/>
        </w:rPr>
        <w:t>就業場所が駅近</w:t>
      </w:r>
    </w:p>
    <w:p w14:paraId="5A3B1451" w14:textId="2D65AC05" w:rsid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1635598735"/>
          <w14:checkbox>
            <w14:checked w14:val="0"/>
            <w14:checkedState w14:val="2611" w14:font="Segoe UI Symbol"/>
            <w14:uncheckedState w14:val="2610" w14:font="ＭＳ ゴシック"/>
          </w14:checkbox>
        </w:sdtPr>
        <w:sdtEndPr/>
        <w:sdtContent>
          <w:r w:rsidR="0030156B">
            <w:rPr>
              <w:rFonts w:ascii="ＭＳ ゴシック" w:eastAsia="ＭＳ ゴシック" w:hAnsi="ＭＳ ゴシック" w:hint="eastAsia"/>
              <w:sz w:val="24"/>
              <w:szCs w:val="24"/>
              <w:lang w:eastAsia="ja-JP"/>
            </w:rPr>
            <w:t>☐</w:t>
          </w:r>
        </w:sdtContent>
      </w:sdt>
      <w:r w:rsidR="00EF0F49">
        <w:rPr>
          <w:rFonts w:ascii="HG丸ｺﾞｼｯｸM-PRO" w:eastAsia="HG丸ｺﾞｼｯｸM-PRO" w:hAnsi="HG丸ｺﾞｼｯｸM-PRO" w:hint="eastAsia"/>
          <w:sz w:val="24"/>
          <w:szCs w:val="24"/>
          <w:lang w:eastAsia="ja-JP"/>
        </w:rPr>
        <w:t>マイカー</w:t>
      </w:r>
      <w:r w:rsidR="002075F0" w:rsidRPr="002075F0">
        <w:rPr>
          <w:rFonts w:ascii="HG丸ｺﾞｼｯｸM-PRO" w:eastAsia="HG丸ｺﾞｼｯｸM-PRO" w:hAnsi="HG丸ｺﾞｼｯｸM-PRO" w:hint="eastAsia"/>
          <w:sz w:val="24"/>
          <w:szCs w:val="24"/>
          <w:lang w:eastAsia="ja-JP"/>
        </w:rPr>
        <w:t>通勤可</w:t>
      </w:r>
    </w:p>
    <w:p w14:paraId="531F6FC9" w14:textId="77777777" w:rsidR="00BA723F" w:rsidRPr="002075F0" w:rsidRDefault="00BA723F" w:rsidP="002075F0">
      <w:pPr>
        <w:rPr>
          <w:rFonts w:ascii="HG丸ｺﾞｼｯｸM-PRO" w:eastAsia="HG丸ｺﾞｼｯｸM-PRO" w:hAnsi="HG丸ｺﾞｼｯｸM-PRO"/>
          <w:sz w:val="24"/>
          <w:szCs w:val="24"/>
          <w:lang w:eastAsia="ja-JP"/>
        </w:rPr>
      </w:pPr>
    </w:p>
    <w:p w14:paraId="15D13E00" w14:textId="36A12F3B" w:rsidR="002075F0" w:rsidRPr="002075F0" w:rsidRDefault="002075F0" w:rsidP="002075F0">
      <w:pPr>
        <w:rPr>
          <w:rFonts w:ascii="HG丸ｺﾞｼｯｸM-PRO" w:eastAsia="HG丸ｺﾞｼｯｸM-PRO" w:hAnsi="HG丸ｺﾞｼｯｸM-PRO"/>
          <w:sz w:val="24"/>
          <w:szCs w:val="24"/>
          <w:lang w:eastAsia="ja-JP"/>
        </w:rPr>
      </w:pPr>
      <w:r w:rsidRPr="002075F0">
        <w:rPr>
          <w:rFonts w:ascii="HG丸ｺﾞｼｯｸM-PRO" w:eastAsia="HG丸ｺﾞｼｯｸM-PRO" w:hAnsi="HG丸ｺﾞｼｯｸM-PRO" w:hint="eastAsia"/>
          <w:sz w:val="24"/>
          <w:szCs w:val="24"/>
          <w:lang w:eastAsia="ja-JP"/>
        </w:rPr>
        <w:t>■</w:t>
      </w:r>
      <w:r w:rsidR="00446E3B">
        <w:rPr>
          <w:rFonts w:ascii="HG丸ｺﾞｼｯｸM-PRO" w:eastAsia="HG丸ｺﾞｼｯｸM-PRO" w:hAnsi="HG丸ｺﾞｼｯｸM-PRO" w:hint="eastAsia"/>
          <w:sz w:val="24"/>
          <w:szCs w:val="24"/>
          <w:lang w:eastAsia="ja-JP"/>
        </w:rPr>
        <w:t>その他</w:t>
      </w:r>
    </w:p>
    <w:p w14:paraId="174455E0" w14:textId="7D1DEAFE" w:rsidR="002075F0" w:rsidRPr="002075F0" w:rsidRDefault="008D5EAB" w:rsidP="002075F0">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587076744"/>
          <w14:checkbox>
            <w14:checked w14:val="0"/>
            <w14:checkedState w14:val="2611" w14:font="Segoe UI Symbol"/>
            <w14:uncheckedState w14:val="2610" w14:font="ＭＳ ゴシック"/>
          </w14:checkbox>
        </w:sdtPr>
        <w:sdtEndPr/>
        <w:sdtContent>
          <w:r w:rsidR="00F649C5">
            <w:rPr>
              <w:rFonts w:ascii="ＭＳ ゴシック" w:eastAsia="ＭＳ ゴシック" w:hAnsi="ＭＳ ゴシック" w:hint="eastAsia"/>
              <w:sz w:val="24"/>
              <w:szCs w:val="24"/>
              <w:lang w:eastAsia="ja-JP"/>
            </w:rPr>
            <w:t>☐</w:t>
          </w:r>
        </w:sdtContent>
      </w:sdt>
      <w:r w:rsidR="00B145C3">
        <w:rPr>
          <w:rFonts w:ascii="HG丸ｺﾞｼｯｸM-PRO" w:eastAsia="HG丸ｺﾞｼｯｸM-PRO" w:hAnsi="HG丸ｺﾞｼｯｸM-PRO" w:hint="eastAsia"/>
          <w:sz w:val="24"/>
          <w:szCs w:val="24"/>
          <w:lang w:eastAsia="ja-JP"/>
        </w:rPr>
        <w:t>事業所HP</w:t>
      </w:r>
      <w:r w:rsidR="002075F0" w:rsidRPr="002075F0">
        <w:rPr>
          <w:rFonts w:ascii="HG丸ｺﾞｼｯｸM-PRO" w:eastAsia="HG丸ｺﾞｼｯｸM-PRO" w:hAnsi="HG丸ｺﾞｼｯｸM-PRO" w:hint="eastAsia"/>
          <w:sz w:val="24"/>
          <w:szCs w:val="24"/>
          <w:lang w:eastAsia="ja-JP"/>
        </w:rPr>
        <w:t>へのリンク掲載可</w:t>
      </w:r>
    </w:p>
    <w:p w14:paraId="60D9B0E2" w14:textId="77CD48B1" w:rsidR="00F649C5" w:rsidRPr="002075F0" w:rsidRDefault="00F649C5" w:rsidP="00F649C5">
      <w:pPr>
        <w:rPr>
          <w:rFonts w:ascii="HG丸ｺﾞｼｯｸM-PRO" w:eastAsia="HG丸ｺﾞｼｯｸM-PRO" w:hAnsi="HG丸ｺﾞｼｯｸM-PRO"/>
          <w:sz w:val="24"/>
          <w:szCs w:val="24"/>
          <w:lang w:eastAsia="ja-JP"/>
        </w:rPr>
      </w:pPr>
      <w:sdt>
        <w:sdtPr>
          <w:rPr>
            <w:rFonts w:ascii="HG丸ｺﾞｼｯｸM-PRO" w:eastAsia="HG丸ｺﾞｼｯｸM-PRO" w:hAnsi="HG丸ｺﾞｼｯｸM-PRO" w:hint="eastAsia"/>
            <w:sz w:val="24"/>
            <w:szCs w:val="24"/>
            <w:lang w:eastAsia="ja-JP"/>
          </w:rPr>
          <w:id w:val="-1143189201"/>
          <w14:checkbox>
            <w14:checked w14:val="0"/>
            <w14:checkedState w14:val="2611" w14:font="Segoe UI Symbol"/>
            <w14:uncheckedState w14:val="2610" w14:font="ＭＳ ゴシック"/>
          </w14:checkbox>
        </w:sdtPr>
        <w:sdtContent>
          <w:r>
            <w:rPr>
              <w:rFonts w:ascii="ＭＳ ゴシック" w:eastAsia="ＭＳ ゴシック" w:hAnsi="ＭＳ ゴシック" w:hint="eastAsia"/>
              <w:sz w:val="24"/>
              <w:szCs w:val="24"/>
              <w:lang w:eastAsia="ja-JP"/>
            </w:rPr>
            <w:t>☐</w:t>
          </w:r>
        </w:sdtContent>
      </w:sdt>
      <w:r>
        <w:rPr>
          <w:rFonts w:ascii="HG丸ｺﾞｼｯｸM-PRO" w:eastAsia="HG丸ｺﾞｼｯｸM-PRO" w:hAnsi="HG丸ｺﾞｼｯｸM-PRO" w:hint="eastAsia"/>
          <w:sz w:val="24"/>
          <w:szCs w:val="24"/>
          <w:lang w:eastAsia="ja-JP"/>
        </w:rPr>
        <w:t>事業所HP</w:t>
      </w:r>
      <w:r w:rsidRPr="002075F0">
        <w:rPr>
          <w:rFonts w:ascii="HG丸ｺﾞｼｯｸM-PRO" w:eastAsia="HG丸ｺﾞｼｯｸM-PRO" w:hAnsi="HG丸ｺﾞｼｯｸM-PRO" w:hint="eastAsia"/>
          <w:sz w:val="24"/>
          <w:szCs w:val="24"/>
          <w:lang w:eastAsia="ja-JP"/>
        </w:rPr>
        <w:t>の</w:t>
      </w:r>
      <w:r>
        <w:rPr>
          <w:rFonts w:ascii="HG丸ｺﾞｼｯｸM-PRO" w:eastAsia="HG丸ｺﾞｼｯｸM-PRO" w:hAnsi="HG丸ｺﾞｼｯｸM-PRO" w:hint="eastAsia"/>
          <w:sz w:val="24"/>
          <w:szCs w:val="24"/>
          <w:lang w:eastAsia="ja-JP"/>
        </w:rPr>
        <w:t>画像使用可</w:t>
      </w:r>
    </w:p>
    <w:p w14:paraId="1DE47599" w14:textId="77777777" w:rsidR="00446E3B" w:rsidRPr="002075F0" w:rsidRDefault="00446E3B" w:rsidP="002075F0">
      <w:pPr>
        <w:rPr>
          <w:rFonts w:ascii="HG丸ｺﾞｼｯｸM-PRO" w:eastAsia="HG丸ｺﾞｼｯｸM-PRO" w:hAnsi="HG丸ｺﾞｼｯｸM-PRO" w:hint="eastAsia"/>
          <w:sz w:val="24"/>
          <w:szCs w:val="24"/>
          <w:lang w:eastAsia="ja-JP"/>
        </w:rPr>
      </w:pPr>
    </w:p>
    <w:p w14:paraId="7F198438" w14:textId="0A8C3642" w:rsidR="002075F0" w:rsidRPr="002075F0" w:rsidRDefault="002075F0" w:rsidP="002075F0">
      <w:pPr>
        <w:rPr>
          <w:rFonts w:ascii="HG丸ｺﾞｼｯｸM-PRO" w:eastAsia="HG丸ｺﾞｼｯｸM-PRO" w:hAnsi="HG丸ｺﾞｼｯｸM-PRO"/>
          <w:sz w:val="24"/>
          <w:szCs w:val="24"/>
          <w:lang w:eastAsia="ja-JP"/>
        </w:rPr>
      </w:pPr>
      <w:r w:rsidRPr="002075F0">
        <w:rPr>
          <w:rFonts w:ascii="HG丸ｺﾞｼｯｸM-PRO" w:eastAsia="HG丸ｺﾞｼｯｸM-PRO" w:hAnsi="HG丸ｺﾞｼｯｸM-PRO" w:hint="eastAsia"/>
          <w:sz w:val="24"/>
          <w:szCs w:val="24"/>
          <w:lang w:eastAsia="ja-JP"/>
        </w:rPr>
        <w:t>■</w:t>
      </w:r>
      <w:r w:rsidRPr="000F6982">
        <w:rPr>
          <w:rFonts w:ascii="HG丸ｺﾞｼｯｸM-PRO" w:eastAsia="HG丸ｺﾞｼｯｸM-PRO" w:hAnsi="HG丸ｺﾞｼｯｸM-PRO" w:hint="eastAsia"/>
          <w:sz w:val="24"/>
          <w:szCs w:val="24"/>
          <w:u w:val="single"/>
          <w:lang w:eastAsia="ja-JP"/>
        </w:rPr>
        <w:t>担当者</w:t>
      </w:r>
      <w:r w:rsidR="00D1661D" w:rsidRPr="000F6982">
        <w:rPr>
          <w:rFonts w:ascii="HG丸ｺﾞｼｯｸM-PRO" w:eastAsia="HG丸ｺﾞｼｯｸM-PRO" w:hAnsi="HG丸ｺﾞｼｯｸM-PRO" w:hint="eastAsia"/>
          <w:b/>
          <w:bCs/>
          <w:sz w:val="24"/>
          <w:szCs w:val="24"/>
          <w:u w:val="single"/>
          <w:lang w:eastAsia="ja-JP"/>
        </w:rPr>
        <w:t>（非公開）</w:t>
      </w:r>
    </w:p>
    <w:p w14:paraId="10F267D6" w14:textId="633B4C34" w:rsidR="002075F0" w:rsidRPr="00C5749F" w:rsidRDefault="002075F0" w:rsidP="002075F0">
      <w:pPr>
        <w:rPr>
          <w:rFonts w:ascii="HG丸ｺﾞｼｯｸM-PRO" w:eastAsia="HG丸ｺﾞｼｯｸM-PRO" w:hAnsi="HG丸ｺﾞｼｯｸM-PRO"/>
          <w:sz w:val="24"/>
          <w:szCs w:val="24"/>
          <w:u w:val="single"/>
          <w:lang w:eastAsia="ja-JP"/>
        </w:rPr>
      </w:pPr>
      <w:r w:rsidRPr="002075F0">
        <w:rPr>
          <w:rFonts w:ascii="HG丸ｺﾞｼｯｸM-PRO" w:eastAsia="HG丸ｺﾞｼｯｸM-PRO" w:hAnsi="HG丸ｺﾞｼｯｸM-PRO" w:hint="eastAsia"/>
          <w:sz w:val="24"/>
          <w:szCs w:val="24"/>
          <w:lang w:eastAsia="ja-JP"/>
        </w:rPr>
        <w:t>氏名：</w:t>
      </w:r>
      <w:r w:rsidR="00C5749F" w:rsidRPr="002075F0">
        <w:rPr>
          <w:rFonts w:ascii="HG丸ｺﾞｼｯｸM-PRO" w:eastAsia="HG丸ｺﾞｼｯｸM-PRO" w:hAnsi="HG丸ｺﾞｼｯｸM-PRO" w:hint="eastAsia"/>
          <w:sz w:val="24"/>
          <w:szCs w:val="24"/>
          <w:lang w:eastAsia="ja-JP"/>
        </w:rPr>
        <w:t>＿＿＿＿＿＿＿＿＿＿＿＿＿＿＿＿</w:t>
      </w:r>
    </w:p>
    <w:p w14:paraId="3E862A39" w14:textId="281DF2AC" w:rsidR="002075F0" w:rsidRPr="002075F0" w:rsidRDefault="002075F0" w:rsidP="002075F0">
      <w:pPr>
        <w:rPr>
          <w:rFonts w:ascii="HG丸ｺﾞｼｯｸM-PRO" w:eastAsia="HG丸ｺﾞｼｯｸM-PRO" w:hAnsi="HG丸ｺﾞｼｯｸM-PRO"/>
          <w:sz w:val="24"/>
          <w:szCs w:val="24"/>
          <w:lang w:eastAsia="ja-JP"/>
        </w:rPr>
      </w:pPr>
      <w:r w:rsidRPr="002075F0">
        <w:rPr>
          <w:rFonts w:ascii="HG丸ｺﾞｼｯｸM-PRO" w:eastAsia="HG丸ｺﾞｼｯｸM-PRO" w:hAnsi="HG丸ｺﾞｼｯｸM-PRO" w:hint="eastAsia"/>
          <w:sz w:val="24"/>
          <w:szCs w:val="24"/>
          <w:lang w:eastAsia="ja-JP"/>
        </w:rPr>
        <w:t>電話：</w:t>
      </w:r>
      <w:r w:rsidR="00C5749F" w:rsidRPr="002075F0">
        <w:rPr>
          <w:rFonts w:ascii="HG丸ｺﾞｼｯｸM-PRO" w:eastAsia="HG丸ｺﾞｼｯｸM-PRO" w:hAnsi="HG丸ｺﾞｼｯｸM-PRO" w:hint="eastAsia"/>
          <w:sz w:val="24"/>
          <w:szCs w:val="24"/>
          <w:lang w:eastAsia="ja-JP"/>
        </w:rPr>
        <w:t>＿＿＿＿＿＿＿＿＿＿＿＿＿＿＿＿</w:t>
      </w:r>
    </w:p>
    <w:p w14:paraId="3C0EB05D" w14:textId="77777777" w:rsidR="002075F0" w:rsidRDefault="002075F0" w:rsidP="002075F0">
      <w:pPr>
        <w:rPr>
          <w:rFonts w:ascii="HG丸ｺﾞｼｯｸM-PRO" w:eastAsia="HG丸ｺﾞｼｯｸM-PRO" w:hAnsi="HG丸ｺﾞｼｯｸM-PRO"/>
          <w:sz w:val="24"/>
          <w:szCs w:val="24"/>
          <w:lang w:eastAsia="ja-JP"/>
        </w:rPr>
      </w:pPr>
    </w:p>
    <w:p w14:paraId="3198FAA9" w14:textId="77777777" w:rsidR="008D5EAB" w:rsidRDefault="008D5EAB" w:rsidP="002075F0">
      <w:pPr>
        <w:rPr>
          <w:rFonts w:ascii="HG丸ｺﾞｼｯｸM-PRO" w:eastAsia="HG丸ｺﾞｼｯｸM-PRO" w:hAnsi="HG丸ｺﾞｼｯｸM-PRO" w:hint="eastAsia"/>
          <w:sz w:val="24"/>
          <w:szCs w:val="24"/>
          <w:lang w:eastAsia="ja-JP"/>
        </w:rPr>
      </w:pPr>
    </w:p>
    <w:p w14:paraId="445138FD" w14:textId="6053B11D" w:rsidR="000C5BAE" w:rsidRPr="002075F0" w:rsidRDefault="000C5BAE" w:rsidP="000C5BAE">
      <w:pPr>
        <w:rPr>
          <w:rFonts w:ascii="HG丸ｺﾞｼｯｸM-PRO" w:eastAsia="HG丸ｺﾞｼｯｸM-PRO" w:hAnsi="HG丸ｺﾞｼｯｸM-PRO"/>
          <w:sz w:val="24"/>
          <w:szCs w:val="24"/>
          <w:lang w:eastAsia="ja-JP"/>
        </w:rPr>
      </w:pPr>
      <w:r w:rsidRPr="002075F0">
        <w:rPr>
          <w:rFonts w:ascii="HG丸ｺﾞｼｯｸM-PRO" w:eastAsia="HG丸ｺﾞｼｯｸM-PRO" w:hAnsi="HG丸ｺﾞｼｯｸM-PRO" w:hint="eastAsia"/>
          <w:sz w:val="24"/>
          <w:szCs w:val="24"/>
          <w:lang w:eastAsia="ja-JP"/>
        </w:rPr>
        <w:t>■</w:t>
      </w:r>
      <w:r>
        <w:rPr>
          <w:rFonts w:ascii="HG丸ｺﾞｼｯｸM-PRO" w:eastAsia="HG丸ｺﾞｼｯｸM-PRO" w:hAnsi="HG丸ｺﾞｼｯｸM-PRO" w:hint="eastAsia"/>
          <w:sz w:val="24"/>
          <w:szCs w:val="24"/>
          <w:lang w:eastAsia="ja-JP"/>
        </w:rPr>
        <w:t>ハローワーク</w:t>
      </w:r>
      <w:r w:rsidRPr="000C5BAE">
        <w:rPr>
          <w:rFonts w:ascii="HG丸ｺﾞｼｯｸM-PRO" w:eastAsia="HG丸ｺﾞｼｯｸM-PRO" w:hAnsi="HG丸ｺﾞｼｯｸM-PRO" w:hint="eastAsia"/>
          <w:sz w:val="24"/>
          <w:szCs w:val="24"/>
          <w:lang w:eastAsia="ja-JP"/>
        </w:rPr>
        <w:t>担当者</w:t>
      </w:r>
    </w:p>
    <w:p w14:paraId="6D76EB91" w14:textId="54D4FA5D" w:rsidR="008D5EAB" w:rsidRPr="008D5EAB" w:rsidRDefault="000C5BAE" w:rsidP="002075F0">
      <w:pPr>
        <w:rPr>
          <w:rFonts w:ascii="HG丸ｺﾞｼｯｸM-PRO" w:eastAsia="HG丸ｺﾞｼｯｸM-PRO" w:hAnsi="HG丸ｺﾞｼｯｸM-PRO" w:hint="eastAsia"/>
          <w:sz w:val="24"/>
          <w:szCs w:val="24"/>
          <w:lang w:eastAsia="ja-JP"/>
        </w:rPr>
      </w:pPr>
      <w:r w:rsidRPr="002075F0">
        <w:rPr>
          <w:rFonts w:ascii="HG丸ｺﾞｼｯｸM-PRO" w:eastAsia="HG丸ｺﾞｼｯｸM-PRO" w:hAnsi="HG丸ｺﾞｼｯｸM-PRO" w:hint="eastAsia"/>
          <w:sz w:val="24"/>
          <w:szCs w:val="24"/>
          <w:lang w:eastAsia="ja-JP"/>
        </w:rPr>
        <w:t>氏名：＿＿＿＿＿＿＿＿＿＿＿＿＿＿＿＿</w:t>
      </w:r>
    </w:p>
    <w:p w14:paraId="5402ACFE" w14:textId="2A098859" w:rsidR="00023C1D"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lastRenderedPageBreak/>
        <w:t>【職場見学受入れにあたってのお願い】</w:t>
      </w:r>
      <w:r w:rsidR="00272824">
        <w:rPr>
          <w:rFonts w:ascii="HG丸ｺﾞｼｯｸM-PRO" w:eastAsia="HG丸ｺﾞｼｯｸM-PRO" w:hAnsi="HG丸ｺﾞｼｯｸM-PRO" w:hint="eastAsia"/>
          <w:sz w:val="24"/>
          <w:szCs w:val="24"/>
          <w:lang w:eastAsia="ja-JP"/>
        </w:rPr>
        <w:t xml:space="preserve">　</w:t>
      </w:r>
      <w:r w:rsidRPr="00D71F56">
        <w:rPr>
          <w:rFonts w:ascii="HG丸ｺﾞｼｯｸM-PRO" w:eastAsia="HG丸ｺﾞｼｯｸM-PRO" w:hAnsi="HG丸ｺﾞｼｯｸM-PRO" w:hint="eastAsia"/>
          <w:sz w:val="24"/>
          <w:szCs w:val="24"/>
          <w:lang w:eastAsia="ja-JP"/>
        </w:rPr>
        <w:t>事業所の皆様へ</w:t>
      </w:r>
    </w:p>
    <w:p w14:paraId="766A813D" w14:textId="77777777" w:rsidR="007A0FC0" w:rsidRPr="00023C1D" w:rsidRDefault="007A0FC0" w:rsidP="00D71F56">
      <w:pPr>
        <w:rPr>
          <w:rFonts w:ascii="HG丸ｺﾞｼｯｸM-PRO" w:eastAsia="HG丸ｺﾞｼｯｸM-PRO" w:hAnsi="HG丸ｺﾞｼｯｸM-PRO"/>
          <w:sz w:val="24"/>
          <w:szCs w:val="24"/>
          <w:lang w:eastAsia="ja-JP"/>
        </w:rPr>
      </w:pPr>
    </w:p>
    <w:p w14:paraId="330C6B5B" w14:textId="77777777"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職場見学は、求職者が仕事内容や職場環境への理解を深める機会であり、応募前の不安の解消や就職後のミスマッチ防止につながる取組です。</w:t>
      </w:r>
    </w:p>
    <w:p w14:paraId="419996A1" w14:textId="47F24A50" w:rsidR="00023C1D"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見学の受入れに当たり、次の事項についてご協力をお願いいたします。</w:t>
      </w:r>
    </w:p>
    <w:p w14:paraId="166292A3" w14:textId="77777777" w:rsidR="007A0FC0" w:rsidRDefault="007A0FC0" w:rsidP="00D71F56">
      <w:pPr>
        <w:rPr>
          <w:rFonts w:ascii="HG丸ｺﾞｼｯｸM-PRO" w:eastAsia="HG丸ｺﾞｼｯｸM-PRO" w:hAnsi="HG丸ｺﾞｼｯｸM-PRO"/>
          <w:sz w:val="24"/>
          <w:szCs w:val="24"/>
          <w:lang w:eastAsia="ja-JP"/>
        </w:rPr>
      </w:pPr>
    </w:p>
    <w:p w14:paraId="729CEA46" w14:textId="47E1EEF9"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 見学受入れについて</w:t>
      </w:r>
    </w:p>
    <w:p w14:paraId="08D46EDA" w14:textId="77777777"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・見学の受入れは、業務に支障のない範囲でご対応ください。</w:t>
      </w:r>
    </w:p>
    <w:p w14:paraId="58AD5891" w14:textId="77777777"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・利用者対応、行事、感染症対策等の状況により、見学日時の変更や受入れの辞退をしていただいて差し支えありません。</w:t>
      </w:r>
    </w:p>
    <w:p w14:paraId="460428A6" w14:textId="3A917BE5" w:rsidR="00023C1D"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・見学の受入れが困難となった場合は、速やかにハローワークへご連絡ください。</w:t>
      </w:r>
    </w:p>
    <w:p w14:paraId="5C10863C" w14:textId="3C3485F7"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 見学時の説明について</w:t>
      </w:r>
    </w:p>
    <w:p w14:paraId="00FA8D82" w14:textId="77777777"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・仕事内容や勤務条件について、可能な範囲でご説明をお願いいたします。</w:t>
      </w:r>
    </w:p>
    <w:p w14:paraId="76B23A24" w14:textId="4CAC094D" w:rsidR="00023C1D"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・求人票の内容と相違が生じている場合は、事前にハローワークへお知らせください。</w:t>
      </w:r>
    </w:p>
    <w:p w14:paraId="2DAF3F60" w14:textId="289852EE"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 個人情報等への配慮について</w:t>
      </w:r>
    </w:p>
    <w:p w14:paraId="371F2094" w14:textId="77777777"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・利用者、患者、園児等のプライバシー保護にご配慮ください。</w:t>
      </w:r>
    </w:p>
    <w:p w14:paraId="38189BD1" w14:textId="20C4D7FF" w:rsidR="00023C1D"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・見学者による写真撮影や録音等については、必要に応じて制限してください。</w:t>
      </w:r>
    </w:p>
    <w:p w14:paraId="48615043" w14:textId="2E6D746F"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 その他</w:t>
      </w:r>
    </w:p>
    <w:p w14:paraId="5850FC92" w14:textId="77777777"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・職場見学は採用選考ではありません。</w:t>
      </w:r>
    </w:p>
    <w:p w14:paraId="35F64BE6" w14:textId="77777777"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・見学の受入れをもって採用を約束するものではありません。</w:t>
      </w:r>
    </w:p>
    <w:p w14:paraId="44CA8EBF" w14:textId="77777777" w:rsidR="00D71F56" w:rsidRPr="003E6845" w:rsidRDefault="00D71F56" w:rsidP="00D71F56">
      <w:pPr>
        <w:rPr>
          <w:rFonts w:ascii="HG丸ｺﾞｼｯｸM-PRO" w:eastAsia="HG丸ｺﾞｼｯｸM-PRO" w:hAnsi="HG丸ｺﾞｼｯｸM-PRO"/>
          <w:sz w:val="27"/>
          <w:szCs w:val="27"/>
          <w:lang w:eastAsia="ja-JP"/>
        </w:rPr>
      </w:pPr>
      <w:r w:rsidRPr="00D71F56">
        <w:rPr>
          <w:rFonts w:ascii="HG丸ｺﾞｼｯｸM-PRO" w:eastAsia="HG丸ｺﾞｼｯｸM-PRO" w:hAnsi="HG丸ｺﾞｼｯｸM-PRO" w:hint="eastAsia"/>
          <w:sz w:val="24"/>
          <w:szCs w:val="24"/>
          <w:lang w:eastAsia="ja-JP"/>
        </w:rPr>
        <w:t>・</w:t>
      </w:r>
      <w:r w:rsidRPr="006C13AD">
        <w:rPr>
          <w:rFonts w:ascii="HG丸ｺﾞｼｯｸM-PRO" w:eastAsia="HG丸ｺﾞｼｯｸM-PRO" w:hAnsi="HG丸ｺﾞｼｯｸM-PRO" w:hint="eastAsia"/>
          <w:b/>
          <w:bCs/>
          <w:sz w:val="27"/>
          <w:szCs w:val="27"/>
          <w:highlight w:val="yellow"/>
          <w:u w:val="single"/>
          <w:lang w:eastAsia="ja-JP"/>
        </w:rPr>
        <w:t>事務処理の都合上、見学が決定した時点で紹介状を発行いたします。</w:t>
      </w:r>
    </w:p>
    <w:p w14:paraId="29D30736" w14:textId="77777777"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w:t>
      </w:r>
      <w:r w:rsidRPr="006C13AD">
        <w:rPr>
          <w:rFonts w:ascii="HG丸ｺﾞｼｯｸM-PRO" w:eastAsia="HG丸ｺﾞｼｯｸM-PRO" w:hAnsi="HG丸ｺﾞｼｯｸM-PRO" w:hint="eastAsia"/>
          <w:b/>
          <w:bCs/>
          <w:sz w:val="24"/>
          <w:szCs w:val="24"/>
          <w:highlight w:val="yellow"/>
          <w:u w:val="single"/>
          <w:lang w:eastAsia="ja-JP"/>
        </w:rPr>
        <w:t>応募が決定した場合は、求職者から紹介状を必ずお受け取りください。</w:t>
      </w:r>
    </w:p>
    <w:p w14:paraId="1FC86395" w14:textId="77777777" w:rsidR="00D71F56" w:rsidRPr="00D71F56"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・見学実施後の応募や採否については、通常の採用手続によりご対応ください。</w:t>
      </w:r>
    </w:p>
    <w:p w14:paraId="64CB5231" w14:textId="77777777" w:rsidR="00023C1D" w:rsidRDefault="00023C1D" w:rsidP="00D71F56">
      <w:pPr>
        <w:rPr>
          <w:rFonts w:ascii="HG丸ｺﾞｼｯｸM-PRO" w:eastAsia="HG丸ｺﾞｼｯｸM-PRO" w:hAnsi="HG丸ｺﾞｼｯｸM-PRO"/>
          <w:sz w:val="24"/>
          <w:szCs w:val="24"/>
          <w:lang w:eastAsia="ja-JP"/>
        </w:rPr>
      </w:pPr>
    </w:p>
    <w:p w14:paraId="06B942BF" w14:textId="231E846F" w:rsidR="008556AB" w:rsidRDefault="00D71F56" w:rsidP="00D71F56">
      <w:pPr>
        <w:rPr>
          <w:rFonts w:ascii="HG丸ｺﾞｼｯｸM-PRO" w:eastAsia="HG丸ｺﾞｼｯｸM-PRO" w:hAnsi="HG丸ｺﾞｼｯｸM-PRO"/>
          <w:sz w:val="24"/>
          <w:szCs w:val="24"/>
          <w:lang w:eastAsia="ja-JP"/>
        </w:rPr>
      </w:pPr>
      <w:r w:rsidRPr="00D71F56">
        <w:rPr>
          <w:rFonts w:ascii="HG丸ｺﾞｼｯｸM-PRO" w:eastAsia="HG丸ｺﾞｼｯｸM-PRO" w:hAnsi="HG丸ｺﾞｼｯｸM-PRO" w:hint="eastAsia"/>
          <w:sz w:val="24"/>
          <w:szCs w:val="24"/>
          <w:lang w:eastAsia="ja-JP"/>
        </w:rPr>
        <w:t>ハローワークでは、求職者と事業所双方にとって有意義な職場見学となるよう支援してまいりますので、ご理解とご協力を賜りますようお願い申し上げます。</w:t>
      </w:r>
    </w:p>
    <w:p w14:paraId="4B36A7C1" w14:textId="77777777" w:rsidR="00C213E3" w:rsidRDefault="00C213E3" w:rsidP="00D71F56">
      <w:pPr>
        <w:rPr>
          <w:rFonts w:ascii="HG丸ｺﾞｼｯｸM-PRO" w:eastAsia="HG丸ｺﾞｼｯｸM-PRO" w:hAnsi="HG丸ｺﾞｼｯｸM-PRO"/>
          <w:sz w:val="24"/>
          <w:szCs w:val="24"/>
          <w:lang w:eastAsia="ja-JP"/>
        </w:rPr>
      </w:pPr>
    </w:p>
    <w:p w14:paraId="2AC7C9B9" w14:textId="77777777" w:rsidR="00C213E3" w:rsidRDefault="00C213E3" w:rsidP="00D71F56">
      <w:pPr>
        <w:rPr>
          <w:rFonts w:ascii="HG丸ｺﾞｼｯｸM-PRO" w:eastAsia="HG丸ｺﾞｼｯｸM-PRO" w:hAnsi="HG丸ｺﾞｼｯｸM-PRO"/>
          <w:sz w:val="24"/>
          <w:szCs w:val="24"/>
          <w:lang w:eastAsia="ja-JP"/>
        </w:rPr>
      </w:pPr>
    </w:p>
    <w:p w14:paraId="089B5BAB" w14:textId="77777777" w:rsidR="00C213E3" w:rsidRDefault="00C213E3" w:rsidP="00D71F56">
      <w:pPr>
        <w:rPr>
          <w:rFonts w:ascii="HG丸ｺﾞｼｯｸM-PRO" w:eastAsia="HG丸ｺﾞｼｯｸM-PRO" w:hAnsi="HG丸ｺﾞｼｯｸM-PRO"/>
          <w:sz w:val="24"/>
          <w:szCs w:val="24"/>
          <w:lang w:eastAsia="ja-JP"/>
        </w:rPr>
      </w:pPr>
    </w:p>
    <w:p w14:paraId="02F868D5" w14:textId="77777777" w:rsidR="00C213E3" w:rsidRDefault="00C213E3" w:rsidP="00D71F56">
      <w:pPr>
        <w:rPr>
          <w:rFonts w:ascii="HG丸ｺﾞｼｯｸM-PRO" w:eastAsia="HG丸ｺﾞｼｯｸM-PRO" w:hAnsi="HG丸ｺﾞｼｯｸM-PRO"/>
          <w:sz w:val="24"/>
          <w:szCs w:val="24"/>
          <w:lang w:eastAsia="ja-JP"/>
        </w:rPr>
      </w:pPr>
    </w:p>
    <w:p w14:paraId="6DA57A57" w14:textId="77777777" w:rsidR="00C213E3" w:rsidRDefault="00C213E3" w:rsidP="00D71F56">
      <w:pPr>
        <w:rPr>
          <w:rFonts w:ascii="HG丸ｺﾞｼｯｸM-PRO" w:eastAsia="HG丸ｺﾞｼｯｸM-PRO" w:hAnsi="HG丸ｺﾞｼｯｸM-PRO"/>
          <w:sz w:val="24"/>
          <w:szCs w:val="24"/>
          <w:lang w:eastAsia="ja-JP"/>
        </w:rPr>
      </w:pPr>
    </w:p>
    <w:p w14:paraId="16834224" w14:textId="77777777" w:rsidR="00C213E3" w:rsidRDefault="00C213E3" w:rsidP="00D71F56">
      <w:pPr>
        <w:rPr>
          <w:rFonts w:ascii="HG丸ｺﾞｼｯｸM-PRO" w:eastAsia="HG丸ｺﾞｼｯｸM-PRO" w:hAnsi="HG丸ｺﾞｼｯｸM-PRO"/>
          <w:sz w:val="24"/>
          <w:szCs w:val="24"/>
          <w:lang w:eastAsia="ja-JP"/>
        </w:rPr>
      </w:pPr>
    </w:p>
    <w:p w14:paraId="766EEAB2" w14:textId="77777777" w:rsidR="00C213E3" w:rsidRDefault="00C213E3" w:rsidP="00D71F56">
      <w:pPr>
        <w:rPr>
          <w:rFonts w:ascii="HG丸ｺﾞｼｯｸM-PRO" w:eastAsia="HG丸ｺﾞｼｯｸM-PRO" w:hAnsi="HG丸ｺﾞｼｯｸM-PRO"/>
          <w:sz w:val="24"/>
          <w:szCs w:val="24"/>
          <w:lang w:eastAsia="ja-JP"/>
        </w:rPr>
      </w:pPr>
    </w:p>
    <w:p w14:paraId="50705DFC" w14:textId="77777777" w:rsidR="00C213E3" w:rsidRDefault="00C213E3" w:rsidP="00D71F56">
      <w:pPr>
        <w:rPr>
          <w:rFonts w:ascii="HG丸ｺﾞｼｯｸM-PRO" w:eastAsia="HG丸ｺﾞｼｯｸM-PRO" w:hAnsi="HG丸ｺﾞｼｯｸM-PRO"/>
          <w:sz w:val="24"/>
          <w:szCs w:val="24"/>
          <w:lang w:eastAsia="ja-JP"/>
        </w:rPr>
      </w:pPr>
    </w:p>
    <w:p w14:paraId="7E69E43F" w14:textId="77777777" w:rsidR="00C213E3" w:rsidRDefault="00C213E3" w:rsidP="00D71F56">
      <w:pPr>
        <w:rPr>
          <w:rFonts w:ascii="HG丸ｺﾞｼｯｸM-PRO" w:eastAsia="HG丸ｺﾞｼｯｸM-PRO" w:hAnsi="HG丸ｺﾞｼｯｸM-PRO"/>
          <w:sz w:val="24"/>
          <w:szCs w:val="24"/>
          <w:lang w:eastAsia="ja-JP"/>
        </w:rPr>
      </w:pPr>
    </w:p>
    <w:p w14:paraId="523043B3" w14:textId="77777777" w:rsidR="00C213E3" w:rsidRDefault="00C213E3" w:rsidP="00D71F56">
      <w:pPr>
        <w:rPr>
          <w:rFonts w:ascii="HG丸ｺﾞｼｯｸM-PRO" w:eastAsia="HG丸ｺﾞｼｯｸM-PRO" w:hAnsi="HG丸ｺﾞｼｯｸM-PRO"/>
          <w:sz w:val="24"/>
          <w:szCs w:val="24"/>
          <w:lang w:eastAsia="ja-JP"/>
        </w:rPr>
      </w:pPr>
    </w:p>
    <w:p w14:paraId="0233508F" w14:textId="77777777" w:rsidR="00C213E3" w:rsidRDefault="00C213E3" w:rsidP="00D71F56">
      <w:pPr>
        <w:rPr>
          <w:rFonts w:ascii="HG丸ｺﾞｼｯｸM-PRO" w:eastAsia="HG丸ｺﾞｼｯｸM-PRO" w:hAnsi="HG丸ｺﾞｼｯｸM-PRO"/>
          <w:sz w:val="24"/>
          <w:szCs w:val="24"/>
          <w:lang w:eastAsia="ja-JP"/>
        </w:rPr>
      </w:pPr>
    </w:p>
    <w:p w14:paraId="51E2E9DE" w14:textId="77777777" w:rsidR="00C213E3" w:rsidRDefault="00C213E3" w:rsidP="00D71F56">
      <w:pPr>
        <w:rPr>
          <w:rFonts w:ascii="HG丸ｺﾞｼｯｸM-PRO" w:eastAsia="HG丸ｺﾞｼｯｸM-PRO" w:hAnsi="HG丸ｺﾞｼｯｸM-PRO"/>
          <w:sz w:val="24"/>
          <w:szCs w:val="24"/>
          <w:lang w:eastAsia="ja-JP"/>
        </w:rPr>
      </w:pPr>
    </w:p>
    <w:p w14:paraId="7E8A2526" w14:textId="77777777" w:rsidR="00C213E3" w:rsidRDefault="00C213E3" w:rsidP="00D71F56">
      <w:pPr>
        <w:rPr>
          <w:rFonts w:ascii="HG丸ｺﾞｼｯｸM-PRO" w:eastAsia="HG丸ｺﾞｼｯｸM-PRO" w:hAnsi="HG丸ｺﾞｼｯｸM-PRO"/>
          <w:sz w:val="24"/>
          <w:szCs w:val="24"/>
          <w:lang w:eastAsia="ja-JP"/>
        </w:rPr>
      </w:pPr>
    </w:p>
    <w:p w14:paraId="29A45A21" w14:textId="77777777" w:rsidR="00C213E3" w:rsidRDefault="00C213E3" w:rsidP="00D71F56">
      <w:pPr>
        <w:rPr>
          <w:rFonts w:ascii="HG丸ｺﾞｼｯｸM-PRO" w:eastAsia="HG丸ｺﾞｼｯｸM-PRO" w:hAnsi="HG丸ｺﾞｼｯｸM-PRO"/>
          <w:sz w:val="24"/>
          <w:szCs w:val="24"/>
          <w:lang w:eastAsia="ja-JP"/>
        </w:rPr>
      </w:pPr>
    </w:p>
    <w:p w14:paraId="43789D3B" w14:textId="77777777" w:rsidR="00C213E3" w:rsidRDefault="00C213E3" w:rsidP="00D71F56">
      <w:pPr>
        <w:rPr>
          <w:rFonts w:ascii="HG丸ｺﾞｼｯｸM-PRO" w:eastAsia="HG丸ｺﾞｼｯｸM-PRO" w:hAnsi="HG丸ｺﾞｼｯｸM-PRO"/>
          <w:sz w:val="24"/>
          <w:szCs w:val="24"/>
          <w:lang w:eastAsia="ja-JP"/>
        </w:rPr>
      </w:pPr>
    </w:p>
    <w:p w14:paraId="528D4498" w14:textId="77777777" w:rsidR="00C213E3" w:rsidRDefault="00C213E3" w:rsidP="00D71F56">
      <w:pPr>
        <w:rPr>
          <w:rFonts w:ascii="HG丸ｺﾞｼｯｸM-PRO" w:eastAsia="HG丸ｺﾞｼｯｸM-PRO" w:hAnsi="HG丸ｺﾞｼｯｸM-PRO"/>
          <w:sz w:val="24"/>
          <w:szCs w:val="24"/>
          <w:lang w:eastAsia="ja-JP"/>
        </w:rPr>
      </w:pPr>
    </w:p>
    <w:p w14:paraId="1861197F" w14:textId="77777777" w:rsidR="00C213E3" w:rsidRDefault="00C213E3" w:rsidP="00D71F56">
      <w:pPr>
        <w:rPr>
          <w:rFonts w:ascii="HG丸ｺﾞｼｯｸM-PRO" w:eastAsia="HG丸ｺﾞｼｯｸM-PRO" w:hAnsi="HG丸ｺﾞｼｯｸM-PRO"/>
          <w:sz w:val="24"/>
          <w:szCs w:val="24"/>
          <w:lang w:eastAsia="ja-JP"/>
        </w:rPr>
      </w:pPr>
    </w:p>
    <w:p w14:paraId="26C2C156" w14:textId="77777777" w:rsidR="00C213E3" w:rsidRDefault="00C213E3" w:rsidP="00D71F56">
      <w:pPr>
        <w:rPr>
          <w:rFonts w:ascii="HG丸ｺﾞｼｯｸM-PRO" w:eastAsia="HG丸ｺﾞｼｯｸM-PRO" w:hAnsi="HG丸ｺﾞｼｯｸM-PRO"/>
          <w:sz w:val="24"/>
          <w:szCs w:val="24"/>
          <w:lang w:eastAsia="ja-JP"/>
        </w:rPr>
      </w:pPr>
    </w:p>
    <w:p w14:paraId="7B17D239" w14:textId="77777777" w:rsidR="00C213E3" w:rsidRDefault="00C213E3" w:rsidP="00D71F56">
      <w:pPr>
        <w:rPr>
          <w:rFonts w:ascii="HG丸ｺﾞｼｯｸM-PRO" w:eastAsia="HG丸ｺﾞｼｯｸM-PRO" w:hAnsi="HG丸ｺﾞｼｯｸM-PRO"/>
          <w:sz w:val="24"/>
          <w:szCs w:val="24"/>
          <w:lang w:eastAsia="ja-JP"/>
        </w:rPr>
      </w:pPr>
    </w:p>
    <w:p w14:paraId="0ACA4806" w14:textId="77777777" w:rsidR="00C213E3" w:rsidRDefault="00C213E3" w:rsidP="00D71F56">
      <w:pPr>
        <w:rPr>
          <w:rFonts w:ascii="HG丸ｺﾞｼｯｸM-PRO" w:eastAsia="HG丸ｺﾞｼｯｸM-PRO" w:hAnsi="HG丸ｺﾞｼｯｸM-PRO"/>
          <w:sz w:val="24"/>
          <w:szCs w:val="24"/>
          <w:lang w:eastAsia="ja-JP"/>
        </w:rPr>
      </w:pPr>
    </w:p>
    <w:p w14:paraId="7B963DE6" w14:textId="77777777" w:rsidR="00C213E3" w:rsidRDefault="00C213E3" w:rsidP="00D71F56">
      <w:pPr>
        <w:rPr>
          <w:rFonts w:ascii="HG丸ｺﾞｼｯｸM-PRO" w:eastAsia="HG丸ｺﾞｼｯｸM-PRO" w:hAnsi="HG丸ｺﾞｼｯｸM-PRO"/>
          <w:sz w:val="24"/>
          <w:szCs w:val="24"/>
          <w:lang w:eastAsia="ja-JP"/>
        </w:rPr>
      </w:pPr>
    </w:p>
    <w:p w14:paraId="21CE34F6" w14:textId="3A7D6632" w:rsid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lastRenderedPageBreak/>
        <w:t>【職場見学にあたってのお願い】</w:t>
      </w:r>
      <w:r>
        <w:rPr>
          <w:rFonts w:ascii="HG丸ｺﾞｼｯｸM-PRO" w:eastAsia="HG丸ｺﾞｼｯｸM-PRO" w:hAnsi="HG丸ｺﾞｼｯｸM-PRO" w:hint="eastAsia"/>
          <w:sz w:val="24"/>
          <w:szCs w:val="24"/>
          <w:lang w:eastAsia="ja-JP"/>
        </w:rPr>
        <w:t xml:space="preserve">　</w:t>
      </w:r>
      <w:r w:rsidRPr="00397C6E">
        <w:rPr>
          <w:rFonts w:ascii="HG丸ｺﾞｼｯｸM-PRO" w:eastAsia="HG丸ｺﾞｼｯｸM-PRO" w:hAnsi="HG丸ｺﾞｼｯｸM-PRO" w:hint="eastAsia"/>
          <w:sz w:val="24"/>
          <w:szCs w:val="24"/>
          <w:lang w:eastAsia="ja-JP"/>
        </w:rPr>
        <w:t>求職者の皆様へ</w:t>
      </w:r>
    </w:p>
    <w:p w14:paraId="1E1A4BE8" w14:textId="77777777" w:rsidR="00F1120D" w:rsidRPr="00397C6E" w:rsidRDefault="00F1120D" w:rsidP="00397C6E">
      <w:pPr>
        <w:rPr>
          <w:rFonts w:ascii="HG丸ｺﾞｼｯｸM-PRO" w:eastAsia="HG丸ｺﾞｼｯｸM-PRO" w:hAnsi="HG丸ｺﾞｼｯｸM-PRO"/>
          <w:sz w:val="24"/>
          <w:szCs w:val="24"/>
          <w:lang w:eastAsia="ja-JP"/>
        </w:rPr>
      </w:pPr>
    </w:p>
    <w:p w14:paraId="7ED288FF"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職場見学は、仕事内容や職場の雰囲気について理解を深めていただく機会であり、応募前の不安の解消や就職後のミスマッチ防止につながるものです。</w:t>
      </w:r>
    </w:p>
    <w:p w14:paraId="6DDE9159" w14:textId="77777777" w:rsid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見学に当たり、次の事項についてご理解とご協力をお願いいたします。</w:t>
      </w:r>
    </w:p>
    <w:p w14:paraId="098031DB" w14:textId="77777777" w:rsidR="00F1120D" w:rsidRPr="00397C6E" w:rsidRDefault="00F1120D" w:rsidP="00397C6E">
      <w:pPr>
        <w:rPr>
          <w:rFonts w:ascii="HG丸ｺﾞｼｯｸM-PRO" w:eastAsia="HG丸ｺﾞｼｯｸM-PRO" w:hAnsi="HG丸ｺﾞｼｯｸM-PRO"/>
          <w:sz w:val="24"/>
          <w:szCs w:val="24"/>
          <w:lang w:eastAsia="ja-JP"/>
        </w:rPr>
      </w:pPr>
    </w:p>
    <w:p w14:paraId="0E7B0722"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 見学について</w:t>
      </w:r>
    </w:p>
    <w:p w14:paraId="20CD6A50"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・見学は、事業所の業務に支障のない範囲で実施されます。</w:t>
      </w:r>
    </w:p>
    <w:p w14:paraId="03743311"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・事業所の都合（利用者対応、行事、感染症対策等）により、見学日時の変更や中止となる場合がありますので、あらかじめご了承ください。</w:t>
      </w:r>
    </w:p>
    <w:p w14:paraId="1BD7C8E7"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・見学日程に変更等が生じた場合は、ハローワークまたは事業所からご連絡いたします。</w:t>
      </w:r>
    </w:p>
    <w:p w14:paraId="40430276"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 見学時の対応について</w:t>
      </w:r>
    </w:p>
    <w:p w14:paraId="65C239B6"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・当日は、事業所の指示に従って見学を行ってください。</w:t>
      </w:r>
    </w:p>
    <w:p w14:paraId="672CFAF1"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・仕事内容や勤務条件について不明な点がある場合は、見学時またはハローワークへご確認ください。</w:t>
      </w:r>
    </w:p>
    <w:p w14:paraId="43A3EB1C"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 個人情報等への配慮について</w:t>
      </w:r>
    </w:p>
    <w:p w14:paraId="027F58CF"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・利用者、患者、園児等のプライバシー保護に十分ご配慮ください。</w:t>
      </w:r>
    </w:p>
    <w:p w14:paraId="6A7EA330"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・事業所の許可なく、写真撮影や録音等は行わないでください。</w:t>
      </w:r>
    </w:p>
    <w:p w14:paraId="174745CE"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 その他</w:t>
      </w:r>
    </w:p>
    <w:p w14:paraId="244DA064"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・職場見学は採用選考ではありません。</w:t>
      </w:r>
    </w:p>
    <w:p w14:paraId="510EEAC7"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・見学への参加をもって採用が決定するものではありません。</w:t>
      </w:r>
    </w:p>
    <w:p w14:paraId="4451B4F3"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w:t>
      </w:r>
      <w:r w:rsidRPr="006C13AD">
        <w:rPr>
          <w:rFonts w:ascii="HG丸ｺﾞｼｯｸM-PRO" w:eastAsia="HG丸ｺﾞｼｯｸM-PRO" w:hAnsi="HG丸ｺﾞｼｯｸM-PRO" w:hint="eastAsia"/>
          <w:b/>
          <w:bCs/>
          <w:sz w:val="27"/>
          <w:szCs w:val="27"/>
          <w:highlight w:val="yellow"/>
          <w:u w:val="single"/>
          <w:lang w:eastAsia="ja-JP"/>
        </w:rPr>
        <w:t>事務処理の都合上、見学決定時に紹介状を発行いたします。</w:t>
      </w:r>
    </w:p>
    <w:p w14:paraId="0D97B442"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w:t>
      </w:r>
      <w:r w:rsidRPr="006C13AD">
        <w:rPr>
          <w:rFonts w:ascii="HG丸ｺﾞｼｯｸM-PRO" w:eastAsia="HG丸ｺﾞｼｯｸM-PRO" w:hAnsi="HG丸ｺﾞｼｯｸM-PRO" w:hint="eastAsia"/>
          <w:b/>
          <w:bCs/>
          <w:sz w:val="24"/>
          <w:szCs w:val="24"/>
          <w:highlight w:val="yellow"/>
          <w:u w:val="single"/>
          <w:lang w:eastAsia="ja-JP"/>
        </w:rPr>
        <w:t>応募の際は、紹介状を事業所へ必ずお渡しください。</w:t>
      </w:r>
    </w:p>
    <w:p w14:paraId="0FEB039F" w14:textId="3C644B23"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・応募に至らなかった場合は、ハローワークへご連絡ください。</w:t>
      </w:r>
    </w:p>
    <w:p w14:paraId="45F6B4B7"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lastRenderedPageBreak/>
        <w:t>・見学後の応募については、ご本人の判断により行ってください。応募後の選考は、通常の採用手続により行われます。</w:t>
      </w:r>
    </w:p>
    <w:p w14:paraId="247FB509" w14:textId="77777777" w:rsidR="00397C6E" w:rsidRPr="00397C6E"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ハローワークでは、求職者の皆様と事業所双方にとって有意義な職場見学となるよう支援してまいります。</w:t>
      </w:r>
    </w:p>
    <w:p w14:paraId="64BFA0A6" w14:textId="5250EAF7" w:rsidR="008556AB" w:rsidRDefault="00397C6E" w:rsidP="00397C6E">
      <w:pPr>
        <w:rPr>
          <w:rFonts w:ascii="HG丸ｺﾞｼｯｸM-PRO" w:eastAsia="HG丸ｺﾞｼｯｸM-PRO" w:hAnsi="HG丸ｺﾞｼｯｸM-PRO"/>
          <w:sz w:val="24"/>
          <w:szCs w:val="24"/>
          <w:lang w:eastAsia="ja-JP"/>
        </w:rPr>
      </w:pPr>
      <w:r w:rsidRPr="00397C6E">
        <w:rPr>
          <w:rFonts w:ascii="HG丸ｺﾞｼｯｸM-PRO" w:eastAsia="HG丸ｺﾞｼｯｸM-PRO" w:hAnsi="HG丸ｺﾞｼｯｸM-PRO" w:hint="eastAsia"/>
          <w:sz w:val="24"/>
          <w:szCs w:val="24"/>
          <w:lang w:eastAsia="ja-JP"/>
        </w:rPr>
        <w:t>ご理解とご協力を賜りますよう、よろしくお願い申し上げます。</w:t>
      </w:r>
    </w:p>
    <w:p w14:paraId="05FA437A" w14:textId="77777777" w:rsidR="008556AB" w:rsidRDefault="008556AB" w:rsidP="002075F0">
      <w:pPr>
        <w:rPr>
          <w:rFonts w:ascii="HG丸ｺﾞｼｯｸM-PRO" w:eastAsia="HG丸ｺﾞｼｯｸM-PRO" w:hAnsi="HG丸ｺﾞｼｯｸM-PRO"/>
          <w:sz w:val="24"/>
          <w:szCs w:val="24"/>
          <w:lang w:eastAsia="ja-JP"/>
        </w:rPr>
      </w:pPr>
    </w:p>
    <w:p w14:paraId="027B9893" w14:textId="77777777" w:rsidR="008556AB" w:rsidRDefault="008556AB" w:rsidP="002075F0">
      <w:pPr>
        <w:rPr>
          <w:rFonts w:ascii="HG丸ｺﾞｼｯｸM-PRO" w:eastAsia="HG丸ｺﾞｼｯｸM-PRO" w:hAnsi="HG丸ｺﾞｼｯｸM-PRO"/>
          <w:sz w:val="24"/>
          <w:szCs w:val="24"/>
          <w:lang w:eastAsia="ja-JP"/>
        </w:rPr>
      </w:pPr>
    </w:p>
    <w:p w14:paraId="3AD25A95" w14:textId="77777777" w:rsidR="008556AB" w:rsidRDefault="008556AB" w:rsidP="002075F0">
      <w:pPr>
        <w:rPr>
          <w:rFonts w:ascii="HG丸ｺﾞｼｯｸM-PRO" w:eastAsia="HG丸ｺﾞｼｯｸM-PRO" w:hAnsi="HG丸ｺﾞｼｯｸM-PRO"/>
          <w:sz w:val="24"/>
          <w:szCs w:val="24"/>
          <w:lang w:eastAsia="ja-JP"/>
        </w:rPr>
      </w:pPr>
    </w:p>
    <w:p w14:paraId="510B6139" w14:textId="77777777" w:rsidR="008556AB" w:rsidRDefault="008556AB" w:rsidP="002075F0">
      <w:pPr>
        <w:rPr>
          <w:rFonts w:ascii="HG丸ｺﾞｼｯｸM-PRO" w:eastAsia="HG丸ｺﾞｼｯｸM-PRO" w:hAnsi="HG丸ｺﾞｼｯｸM-PRO"/>
          <w:sz w:val="24"/>
          <w:szCs w:val="24"/>
          <w:lang w:eastAsia="ja-JP"/>
        </w:rPr>
      </w:pPr>
    </w:p>
    <w:p w14:paraId="06766798" w14:textId="77777777" w:rsidR="008556AB" w:rsidRDefault="008556AB" w:rsidP="002075F0">
      <w:pPr>
        <w:rPr>
          <w:rFonts w:ascii="HG丸ｺﾞｼｯｸM-PRO" w:eastAsia="HG丸ｺﾞｼｯｸM-PRO" w:hAnsi="HG丸ｺﾞｼｯｸM-PRO"/>
          <w:sz w:val="24"/>
          <w:szCs w:val="24"/>
          <w:lang w:eastAsia="ja-JP"/>
        </w:rPr>
      </w:pPr>
    </w:p>
    <w:p w14:paraId="13537661" w14:textId="77777777" w:rsidR="008556AB" w:rsidRDefault="008556AB" w:rsidP="002075F0">
      <w:pPr>
        <w:rPr>
          <w:rFonts w:ascii="HG丸ｺﾞｼｯｸM-PRO" w:eastAsia="HG丸ｺﾞｼｯｸM-PRO" w:hAnsi="HG丸ｺﾞｼｯｸM-PRO"/>
          <w:sz w:val="24"/>
          <w:szCs w:val="24"/>
          <w:lang w:eastAsia="ja-JP"/>
        </w:rPr>
      </w:pPr>
    </w:p>
    <w:p w14:paraId="55133F36" w14:textId="77777777" w:rsidR="008556AB" w:rsidRDefault="008556AB" w:rsidP="002075F0">
      <w:pPr>
        <w:rPr>
          <w:rFonts w:ascii="HG丸ｺﾞｼｯｸM-PRO" w:eastAsia="HG丸ｺﾞｼｯｸM-PRO" w:hAnsi="HG丸ｺﾞｼｯｸM-PRO"/>
          <w:sz w:val="24"/>
          <w:szCs w:val="24"/>
          <w:lang w:eastAsia="ja-JP"/>
        </w:rPr>
      </w:pPr>
    </w:p>
    <w:p w14:paraId="0FA3C3BD" w14:textId="77777777" w:rsidR="008556AB" w:rsidRDefault="008556AB" w:rsidP="002075F0">
      <w:pPr>
        <w:rPr>
          <w:rFonts w:ascii="HG丸ｺﾞｼｯｸM-PRO" w:eastAsia="HG丸ｺﾞｼｯｸM-PRO" w:hAnsi="HG丸ｺﾞｼｯｸM-PRO"/>
          <w:sz w:val="24"/>
          <w:szCs w:val="24"/>
          <w:lang w:eastAsia="ja-JP"/>
        </w:rPr>
      </w:pPr>
    </w:p>
    <w:p w14:paraId="3EE6512B" w14:textId="77777777" w:rsidR="008556AB" w:rsidRDefault="008556AB" w:rsidP="002075F0">
      <w:pPr>
        <w:rPr>
          <w:rFonts w:ascii="HG丸ｺﾞｼｯｸM-PRO" w:eastAsia="HG丸ｺﾞｼｯｸM-PRO" w:hAnsi="HG丸ｺﾞｼｯｸM-PRO"/>
          <w:sz w:val="24"/>
          <w:szCs w:val="24"/>
          <w:lang w:eastAsia="ja-JP"/>
        </w:rPr>
      </w:pPr>
    </w:p>
    <w:p w14:paraId="277B5459" w14:textId="77777777" w:rsidR="008556AB" w:rsidRDefault="008556AB" w:rsidP="002075F0">
      <w:pPr>
        <w:rPr>
          <w:rFonts w:ascii="HG丸ｺﾞｼｯｸM-PRO" w:eastAsia="HG丸ｺﾞｼｯｸM-PRO" w:hAnsi="HG丸ｺﾞｼｯｸM-PRO"/>
          <w:sz w:val="24"/>
          <w:szCs w:val="24"/>
          <w:lang w:eastAsia="ja-JP"/>
        </w:rPr>
      </w:pPr>
    </w:p>
    <w:p w14:paraId="0A4BAA50" w14:textId="77777777" w:rsidR="008556AB" w:rsidRDefault="008556AB" w:rsidP="002075F0">
      <w:pPr>
        <w:rPr>
          <w:rFonts w:ascii="HG丸ｺﾞｼｯｸM-PRO" w:eastAsia="HG丸ｺﾞｼｯｸM-PRO" w:hAnsi="HG丸ｺﾞｼｯｸM-PRO"/>
          <w:sz w:val="24"/>
          <w:szCs w:val="24"/>
          <w:lang w:eastAsia="ja-JP"/>
        </w:rPr>
      </w:pPr>
    </w:p>
    <w:p w14:paraId="6743315C" w14:textId="77777777" w:rsidR="008556AB" w:rsidRDefault="008556AB" w:rsidP="002075F0">
      <w:pPr>
        <w:rPr>
          <w:rFonts w:ascii="HG丸ｺﾞｼｯｸM-PRO" w:eastAsia="HG丸ｺﾞｼｯｸM-PRO" w:hAnsi="HG丸ｺﾞｼｯｸM-PRO"/>
          <w:sz w:val="24"/>
          <w:szCs w:val="24"/>
          <w:lang w:eastAsia="ja-JP"/>
        </w:rPr>
      </w:pPr>
    </w:p>
    <w:p w14:paraId="29D57E9F" w14:textId="77777777" w:rsidR="008556AB" w:rsidRDefault="008556AB" w:rsidP="002075F0">
      <w:pPr>
        <w:rPr>
          <w:rFonts w:ascii="HG丸ｺﾞｼｯｸM-PRO" w:eastAsia="HG丸ｺﾞｼｯｸM-PRO" w:hAnsi="HG丸ｺﾞｼｯｸM-PRO"/>
          <w:sz w:val="24"/>
          <w:szCs w:val="24"/>
          <w:lang w:eastAsia="ja-JP"/>
        </w:rPr>
      </w:pPr>
    </w:p>
    <w:p w14:paraId="5DABBC14" w14:textId="77777777" w:rsidR="008556AB" w:rsidRDefault="008556AB" w:rsidP="002075F0">
      <w:pPr>
        <w:rPr>
          <w:rFonts w:ascii="HG丸ｺﾞｼｯｸM-PRO" w:eastAsia="HG丸ｺﾞｼｯｸM-PRO" w:hAnsi="HG丸ｺﾞｼｯｸM-PRO"/>
          <w:sz w:val="24"/>
          <w:szCs w:val="24"/>
          <w:lang w:eastAsia="ja-JP"/>
        </w:rPr>
      </w:pPr>
    </w:p>
    <w:p w14:paraId="660CB310" w14:textId="77777777" w:rsidR="008556AB" w:rsidRDefault="008556AB" w:rsidP="002075F0">
      <w:pPr>
        <w:rPr>
          <w:rFonts w:ascii="HG丸ｺﾞｼｯｸM-PRO" w:eastAsia="HG丸ｺﾞｼｯｸM-PRO" w:hAnsi="HG丸ｺﾞｼｯｸM-PRO"/>
          <w:sz w:val="24"/>
          <w:szCs w:val="24"/>
          <w:lang w:eastAsia="ja-JP"/>
        </w:rPr>
      </w:pPr>
    </w:p>
    <w:p w14:paraId="4165781D" w14:textId="77777777" w:rsidR="008556AB" w:rsidRDefault="008556AB" w:rsidP="002075F0">
      <w:pPr>
        <w:rPr>
          <w:rFonts w:ascii="HG丸ｺﾞｼｯｸM-PRO" w:eastAsia="HG丸ｺﾞｼｯｸM-PRO" w:hAnsi="HG丸ｺﾞｼｯｸM-PRO"/>
          <w:sz w:val="24"/>
          <w:szCs w:val="24"/>
          <w:lang w:eastAsia="ja-JP"/>
        </w:rPr>
      </w:pPr>
    </w:p>
    <w:p w14:paraId="49068B2A" w14:textId="77777777" w:rsidR="008556AB" w:rsidRDefault="008556AB" w:rsidP="002075F0">
      <w:pPr>
        <w:rPr>
          <w:rFonts w:ascii="HG丸ｺﾞｼｯｸM-PRO" w:eastAsia="HG丸ｺﾞｼｯｸM-PRO" w:hAnsi="HG丸ｺﾞｼｯｸM-PRO"/>
          <w:sz w:val="24"/>
          <w:szCs w:val="24"/>
          <w:lang w:eastAsia="ja-JP"/>
        </w:rPr>
      </w:pPr>
    </w:p>
    <w:p w14:paraId="2B5E8110" w14:textId="77777777" w:rsidR="008556AB" w:rsidRDefault="008556AB" w:rsidP="002075F0">
      <w:pPr>
        <w:rPr>
          <w:rFonts w:ascii="HG丸ｺﾞｼｯｸM-PRO" w:eastAsia="HG丸ｺﾞｼｯｸM-PRO" w:hAnsi="HG丸ｺﾞｼｯｸM-PRO"/>
          <w:sz w:val="24"/>
          <w:szCs w:val="24"/>
          <w:lang w:eastAsia="ja-JP"/>
        </w:rPr>
      </w:pPr>
    </w:p>
    <w:p w14:paraId="40AE700D" w14:textId="77777777" w:rsidR="008556AB" w:rsidRDefault="008556AB" w:rsidP="002075F0">
      <w:pPr>
        <w:rPr>
          <w:rFonts w:ascii="HG丸ｺﾞｼｯｸM-PRO" w:eastAsia="HG丸ｺﾞｼｯｸM-PRO" w:hAnsi="HG丸ｺﾞｼｯｸM-PRO"/>
          <w:sz w:val="24"/>
          <w:szCs w:val="24"/>
          <w:lang w:eastAsia="ja-JP"/>
        </w:rPr>
      </w:pPr>
    </w:p>
    <w:sectPr w:rsidR="008556AB"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D3CBD" w14:textId="77777777" w:rsidR="00A91537" w:rsidRDefault="00A91537" w:rsidP="00A91537">
      <w:pPr>
        <w:spacing w:after="0" w:line="240" w:lineRule="auto"/>
      </w:pPr>
      <w:r>
        <w:separator/>
      </w:r>
    </w:p>
  </w:endnote>
  <w:endnote w:type="continuationSeparator" w:id="0">
    <w:p w14:paraId="5DE78B6D" w14:textId="77777777" w:rsidR="00A91537" w:rsidRDefault="00A91537" w:rsidP="00A91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4148F" w14:textId="77777777" w:rsidR="00A91537" w:rsidRDefault="00A91537" w:rsidP="00A91537">
      <w:pPr>
        <w:spacing w:after="0" w:line="240" w:lineRule="auto"/>
      </w:pPr>
      <w:r>
        <w:separator/>
      </w:r>
    </w:p>
  </w:footnote>
  <w:footnote w:type="continuationSeparator" w:id="0">
    <w:p w14:paraId="5421E06D" w14:textId="77777777" w:rsidR="00A91537" w:rsidRDefault="00A91537" w:rsidP="00A91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719330093">
    <w:abstractNumId w:val="8"/>
  </w:num>
  <w:num w:numId="2" w16cid:durableId="805853996">
    <w:abstractNumId w:val="6"/>
  </w:num>
  <w:num w:numId="3" w16cid:durableId="1714423465">
    <w:abstractNumId w:val="5"/>
  </w:num>
  <w:num w:numId="4" w16cid:durableId="1347174895">
    <w:abstractNumId w:val="4"/>
  </w:num>
  <w:num w:numId="5" w16cid:durableId="638648993">
    <w:abstractNumId w:val="7"/>
  </w:num>
  <w:num w:numId="6" w16cid:durableId="1863057470">
    <w:abstractNumId w:val="3"/>
  </w:num>
  <w:num w:numId="7" w16cid:durableId="198124330">
    <w:abstractNumId w:val="2"/>
  </w:num>
  <w:num w:numId="8" w16cid:durableId="244188176">
    <w:abstractNumId w:val="1"/>
  </w:num>
  <w:num w:numId="9" w16cid:durableId="1704788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49153">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848"/>
    <w:rsid w:val="00023C1D"/>
    <w:rsid w:val="0002494C"/>
    <w:rsid w:val="00034616"/>
    <w:rsid w:val="000458C0"/>
    <w:rsid w:val="000527AC"/>
    <w:rsid w:val="0006063C"/>
    <w:rsid w:val="00082A19"/>
    <w:rsid w:val="000948B0"/>
    <w:rsid w:val="000C5BAE"/>
    <w:rsid w:val="000F4B39"/>
    <w:rsid w:val="000F6982"/>
    <w:rsid w:val="00101038"/>
    <w:rsid w:val="0010223E"/>
    <w:rsid w:val="00104B46"/>
    <w:rsid w:val="001102D2"/>
    <w:rsid w:val="0015074B"/>
    <w:rsid w:val="00196659"/>
    <w:rsid w:val="001A7695"/>
    <w:rsid w:val="001B596E"/>
    <w:rsid w:val="001E352C"/>
    <w:rsid w:val="001F4B4B"/>
    <w:rsid w:val="00205E2D"/>
    <w:rsid w:val="002075F0"/>
    <w:rsid w:val="00220804"/>
    <w:rsid w:val="002414A1"/>
    <w:rsid w:val="00260DB9"/>
    <w:rsid w:val="00272824"/>
    <w:rsid w:val="0028282E"/>
    <w:rsid w:val="0029639D"/>
    <w:rsid w:val="00297FCE"/>
    <w:rsid w:val="002A0B04"/>
    <w:rsid w:val="002A1564"/>
    <w:rsid w:val="002A21FF"/>
    <w:rsid w:val="002D0F7A"/>
    <w:rsid w:val="002E1669"/>
    <w:rsid w:val="002E204B"/>
    <w:rsid w:val="002F32F4"/>
    <w:rsid w:val="002F5E0C"/>
    <w:rsid w:val="002F6A5F"/>
    <w:rsid w:val="003009EA"/>
    <w:rsid w:val="0030156B"/>
    <w:rsid w:val="003047A5"/>
    <w:rsid w:val="00326F90"/>
    <w:rsid w:val="00330E06"/>
    <w:rsid w:val="00353235"/>
    <w:rsid w:val="0038123F"/>
    <w:rsid w:val="00384C4D"/>
    <w:rsid w:val="00384E91"/>
    <w:rsid w:val="00397C6E"/>
    <w:rsid w:val="003A0BCC"/>
    <w:rsid w:val="003C086A"/>
    <w:rsid w:val="003C4796"/>
    <w:rsid w:val="003C70C6"/>
    <w:rsid w:val="003D3FC7"/>
    <w:rsid w:val="003E4818"/>
    <w:rsid w:val="003E6845"/>
    <w:rsid w:val="00427F92"/>
    <w:rsid w:val="00446E3B"/>
    <w:rsid w:val="0045249E"/>
    <w:rsid w:val="00460231"/>
    <w:rsid w:val="004B20F1"/>
    <w:rsid w:val="004C4B03"/>
    <w:rsid w:val="004F64D0"/>
    <w:rsid w:val="00517A7C"/>
    <w:rsid w:val="005234B2"/>
    <w:rsid w:val="0052758D"/>
    <w:rsid w:val="00594C24"/>
    <w:rsid w:val="005A72BC"/>
    <w:rsid w:val="006272DB"/>
    <w:rsid w:val="006335E7"/>
    <w:rsid w:val="00654611"/>
    <w:rsid w:val="00673EF7"/>
    <w:rsid w:val="00686D3B"/>
    <w:rsid w:val="006924D6"/>
    <w:rsid w:val="006942BC"/>
    <w:rsid w:val="006A09C6"/>
    <w:rsid w:val="006A263B"/>
    <w:rsid w:val="006B4D54"/>
    <w:rsid w:val="006C13AD"/>
    <w:rsid w:val="006C1401"/>
    <w:rsid w:val="006E145B"/>
    <w:rsid w:val="00706463"/>
    <w:rsid w:val="00755B45"/>
    <w:rsid w:val="00770684"/>
    <w:rsid w:val="00777C90"/>
    <w:rsid w:val="007A0FC0"/>
    <w:rsid w:val="007B43C2"/>
    <w:rsid w:val="007C1222"/>
    <w:rsid w:val="007E67A7"/>
    <w:rsid w:val="007F118D"/>
    <w:rsid w:val="00812ACD"/>
    <w:rsid w:val="00822F04"/>
    <w:rsid w:val="008556AB"/>
    <w:rsid w:val="008A52FD"/>
    <w:rsid w:val="008D5EAB"/>
    <w:rsid w:val="00905E68"/>
    <w:rsid w:val="00911BB3"/>
    <w:rsid w:val="00940BA2"/>
    <w:rsid w:val="00953C20"/>
    <w:rsid w:val="009557E7"/>
    <w:rsid w:val="0096350C"/>
    <w:rsid w:val="00992EF2"/>
    <w:rsid w:val="009B24AF"/>
    <w:rsid w:val="009C7116"/>
    <w:rsid w:val="00A30B8E"/>
    <w:rsid w:val="00A4717F"/>
    <w:rsid w:val="00A512C3"/>
    <w:rsid w:val="00A52B86"/>
    <w:rsid w:val="00A91537"/>
    <w:rsid w:val="00A9227D"/>
    <w:rsid w:val="00A97E1E"/>
    <w:rsid w:val="00AA1D8D"/>
    <w:rsid w:val="00AA7EE7"/>
    <w:rsid w:val="00AB59C4"/>
    <w:rsid w:val="00AB7837"/>
    <w:rsid w:val="00AC2875"/>
    <w:rsid w:val="00AE54C8"/>
    <w:rsid w:val="00AE7161"/>
    <w:rsid w:val="00B00EDB"/>
    <w:rsid w:val="00B06CC1"/>
    <w:rsid w:val="00B145C3"/>
    <w:rsid w:val="00B25E8D"/>
    <w:rsid w:val="00B46663"/>
    <w:rsid w:val="00B47730"/>
    <w:rsid w:val="00B75493"/>
    <w:rsid w:val="00BA4846"/>
    <w:rsid w:val="00BA723F"/>
    <w:rsid w:val="00BC3F4E"/>
    <w:rsid w:val="00BC6598"/>
    <w:rsid w:val="00BC6DD6"/>
    <w:rsid w:val="00BC6FDC"/>
    <w:rsid w:val="00BF1C59"/>
    <w:rsid w:val="00BF5002"/>
    <w:rsid w:val="00C213E3"/>
    <w:rsid w:val="00C42113"/>
    <w:rsid w:val="00C445BF"/>
    <w:rsid w:val="00C5749F"/>
    <w:rsid w:val="00C7437A"/>
    <w:rsid w:val="00C829A7"/>
    <w:rsid w:val="00CA08DC"/>
    <w:rsid w:val="00CA71F2"/>
    <w:rsid w:val="00CB0664"/>
    <w:rsid w:val="00CF543B"/>
    <w:rsid w:val="00D06457"/>
    <w:rsid w:val="00D1661D"/>
    <w:rsid w:val="00D41762"/>
    <w:rsid w:val="00D5525A"/>
    <w:rsid w:val="00D576B0"/>
    <w:rsid w:val="00D57CD7"/>
    <w:rsid w:val="00D71F56"/>
    <w:rsid w:val="00D72AA5"/>
    <w:rsid w:val="00D846D2"/>
    <w:rsid w:val="00D92F52"/>
    <w:rsid w:val="00DA135D"/>
    <w:rsid w:val="00DB610B"/>
    <w:rsid w:val="00DC65F1"/>
    <w:rsid w:val="00DD388A"/>
    <w:rsid w:val="00DF70C7"/>
    <w:rsid w:val="00E2726E"/>
    <w:rsid w:val="00E45A0D"/>
    <w:rsid w:val="00E734E2"/>
    <w:rsid w:val="00EC1EFD"/>
    <w:rsid w:val="00EE04B3"/>
    <w:rsid w:val="00EF0F49"/>
    <w:rsid w:val="00EF628C"/>
    <w:rsid w:val="00F075E1"/>
    <w:rsid w:val="00F1120D"/>
    <w:rsid w:val="00F3441A"/>
    <w:rsid w:val="00F6055C"/>
    <w:rsid w:val="00F649C5"/>
    <w:rsid w:val="00F87DC0"/>
    <w:rsid w:val="00FC693F"/>
    <w:rsid w:val="00FD6E71"/>
    <w:rsid w:val="00FE2891"/>
    <w:rsid w:val="00FF49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v:textbox inset="5.85pt,.7pt,5.85pt,.7pt"/>
    </o:shapedefaults>
    <o:shapelayout v:ext="edit">
      <o:idmap v:ext="edit" data="1"/>
    </o:shapelayout>
  </w:shapeDefaults>
  <w:decimalSymbol w:val="."/>
  <w:listSeparator w:val=","/>
  <w14:docId w14:val="4E4C5D85"/>
  <w14:defaultImageDpi w14:val="330"/>
  <w15:docId w15:val="{4BE6C359-89B0-4AC3-838D-C3920278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785C3DC8062E449AEBDA84C1A4255F7" ma:contentTypeVersion="15" ma:contentTypeDescription="新しいドキュメントを作成します。" ma:contentTypeScope="" ma:versionID="2e3030c0c39e035c2a26d1657afcec76">
  <xsd:schema xmlns:xsd="http://www.w3.org/2001/XMLSchema" xmlns:xs="http://www.w3.org/2001/XMLSchema" xmlns:p="http://schemas.microsoft.com/office/2006/metadata/properties" xmlns:ns2="87e8925d-148d-42a3-8e07-27989b5e3df9" xmlns:ns3="44856c1c-163a-4db4-9f2d-e69ab44d016d" targetNamespace="http://schemas.microsoft.com/office/2006/metadata/properties" ma:root="true" ma:fieldsID="de66d5966f4ce10860a1cb2d230aec89" ns2:_="" ns3:_="">
    <xsd:import namespace="87e8925d-148d-42a3-8e07-27989b5e3df9"/>
    <xsd:import namespace="44856c1c-163a-4db4-9f2d-e69ab44d016d"/>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8925d-148d-42a3-8e07-27989b5e3df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56c1c-163a-4db4-9f2d-e69ab44d01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5d62c7-b690-482a-96a1-6599cc3563ff}" ma:internalName="TaxCatchAll" ma:showField="CatchAllData" ma:web="44856c1c-163a-4db4-9f2d-e69ab44d01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e8925d-148d-42a3-8e07-27989b5e3df9">
      <Terms xmlns="http://schemas.microsoft.com/office/infopath/2007/PartnerControls"/>
    </lcf76f155ced4ddcb4097134ff3c332f>
    <TaxCatchAll xmlns="44856c1c-163a-4db4-9f2d-e69ab44d016d" xsi:nil="true"/>
    <Owner xmlns="87e8925d-148d-42a3-8e07-27989b5e3df9">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304EA-B419-4983-B7A9-4E4CC39CDFFE}">
  <ds:schemaRefs>
    <ds:schemaRef ds:uri="http://schemas.microsoft.com/sharepoint/v3/contenttype/forms"/>
  </ds:schemaRefs>
</ds:datastoreItem>
</file>

<file path=customXml/itemProps2.xml><?xml version="1.0" encoding="utf-8"?>
<ds:datastoreItem xmlns:ds="http://schemas.openxmlformats.org/officeDocument/2006/customXml" ds:itemID="{ACD2A607-0968-4311-8DE1-73EA5D0A5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8925d-148d-42a3-8e07-27989b5e3df9"/>
    <ds:schemaRef ds:uri="44856c1c-163a-4db4-9f2d-e69ab44d0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AA472B-57F8-4097-BB3C-0029FD8B9AA5}">
  <ds:schemaRefs>
    <ds:schemaRef ds:uri="http://schemas.microsoft.com/office/infopath/2007/PartnerControls"/>
    <ds:schemaRef ds:uri="http://schemas.microsoft.com/office/2006/metadata/properties"/>
    <ds:schemaRef ds:uri="http://schemas.openxmlformats.org/package/2006/metadata/core-properties"/>
    <ds:schemaRef ds:uri="44856c1c-163a-4db4-9f2d-e69ab44d016d"/>
    <ds:schemaRef ds:uri="87e8925d-148d-42a3-8e07-27989b5e3df9"/>
    <ds:schemaRef ds:uri="http://schemas.microsoft.com/office/2006/documentManagement/types"/>
    <ds:schemaRef ds:uri="http://purl.org/dc/term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295</Words>
  <Characters>1683</Characters>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0x010100E785C3DC8062E449AEBDA84C1A4255F7</vt:lpwstr>
  </property>
  <property fmtid="{D5CDD505-2E9C-101B-9397-08002B2CF9AE}" pid="3" name="MediaServiceImageTags">
    <vt:lpwstr/>
  </property>
</Properties>
</file>